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C31F50" w14:textId="5309A35D" w:rsidR="00983CC0" w:rsidRDefault="00983CC0" w:rsidP="004929D2">
      <w:pPr>
        <w:pStyle w:val="SmallNote"/>
        <w:spacing w:after="0" w:line="240" w:lineRule="auto"/>
        <w:rPr>
          <w:b/>
          <w:i w:val="0"/>
          <w:color w:val="1F4E79"/>
          <w:sz w:val="28"/>
          <w:lang w:val="ru-RU"/>
        </w:rPr>
      </w:pPr>
      <w:bookmarkStart w:id="0" w:name="_Hlk225339260"/>
      <w:bookmarkStart w:id="1" w:name="_GoBack"/>
      <w:r w:rsidRPr="00983CC0">
        <w:rPr>
          <w:b/>
          <w:i w:val="0"/>
          <w:color w:val="1F4E79"/>
          <w:sz w:val="28"/>
          <w:lang w:val="ru-RU"/>
        </w:rPr>
        <w:t xml:space="preserve">1-КҮН —26 </w:t>
      </w:r>
      <w:proofErr w:type="spellStart"/>
      <w:r w:rsidRPr="00983CC0">
        <w:rPr>
          <w:b/>
          <w:i w:val="0"/>
          <w:color w:val="1F4E79"/>
          <w:sz w:val="28"/>
          <w:lang w:val="ru-RU"/>
        </w:rPr>
        <w:t>наурыз</w:t>
      </w:r>
      <w:proofErr w:type="spellEnd"/>
      <w:r>
        <w:rPr>
          <w:b/>
          <w:i w:val="0"/>
          <w:color w:val="1F4E79"/>
          <w:sz w:val="28"/>
        </w:rPr>
        <w:t xml:space="preserve"> </w:t>
      </w:r>
      <w:r w:rsidRPr="00983CC0">
        <w:rPr>
          <w:b/>
          <w:i w:val="0"/>
          <w:color w:val="1F4E79"/>
          <w:sz w:val="28"/>
          <w:lang w:val="ru-RU"/>
        </w:rPr>
        <w:t xml:space="preserve">2026 </w:t>
      </w:r>
      <w:proofErr w:type="spellStart"/>
      <w:r w:rsidRPr="00983CC0">
        <w:rPr>
          <w:b/>
          <w:i w:val="0"/>
          <w:color w:val="1F4E79"/>
          <w:sz w:val="28"/>
          <w:lang w:val="ru-RU"/>
        </w:rPr>
        <w:t>жыл</w:t>
      </w:r>
      <w:proofErr w:type="spellEnd"/>
    </w:p>
    <w:p w14:paraId="1EC5A4DA" w14:textId="543DF2B7" w:rsidR="00213DAE" w:rsidRPr="006E5DDF" w:rsidRDefault="00983CC0" w:rsidP="004929D2">
      <w:pPr>
        <w:pStyle w:val="SmallNote"/>
        <w:spacing w:after="0" w:line="240" w:lineRule="auto"/>
        <w:rPr>
          <w:lang w:val="ru-RU"/>
        </w:rPr>
      </w:pPr>
      <w:proofErr w:type="spellStart"/>
      <w:r w:rsidRPr="00983CC0">
        <w:rPr>
          <w:i w:val="0"/>
          <w:lang w:val="ru-RU"/>
        </w:rPr>
        <w:t>Тіркеу</w:t>
      </w:r>
      <w:proofErr w:type="spellEnd"/>
      <w:r w:rsidRPr="00983CC0">
        <w:rPr>
          <w:i w:val="0"/>
          <w:lang w:val="ru-RU"/>
        </w:rPr>
        <w:t xml:space="preserve">, </w:t>
      </w:r>
      <w:proofErr w:type="spellStart"/>
      <w:r w:rsidRPr="00983CC0">
        <w:rPr>
          <w:i w:val="0"/>
          <w:lang w:val="ru-RU"/>
        </w:rPr>
        <w:t>ашылу</w:t>
      </w:r>
      <w:proofErr w:type="spellEnd"/>
      <w:r w:rsidRPr="00983CC0">
        <w:rPr>
          <w:i w:val="0"/>
          <w:lang w:val="ru-RU"/>
        </w:rPr>
        <w:t xml:space="preserve">, </w:t>
      </w:r>
      <w:proofErr w:type="spellStart"/>
      <w:r w:rsidRPr="00983CC0">
        <w:rPr>
          <w:i w:val="0"/>
          <w:lang w:val="ru-RU"/>
        </w:rPr>
        <w:t>құттықтау</w:t>
      </w:r>
      <w:proofErr w:type="spellEnd"/>
      <w:r w:rsidRPr="00983CC0">
        <w:rPr>
          <w:i w:val="0"/>
          <w:lang w:val="ru-RU"/>
        </w:rPr>
        <w:t xml:space="preserve"> </w:t>
      </w:r>
      <w:proofErr w:type="spellStart"/>
      <w:r w:rsidRPr="00983CC0">
        <w:rPr>
          <w:i w:val="0"/>
          <w:lang w:val="ru-RU"/>
        </w:rPr>
        <w:t>сөздер</w:t>
      </w:r>
      <w:proofErr w:type="spellEnd"/>
      <w:r w:rsidRPr="00983CC0">
        <w:rPr>
          <w:i w:val="0"/>
          <w:lang w:val="ru-RU"/>
        </w:rPr>
        <w:t xml:space="preserve">, </w:t>
      </w:r>
      <w:proofErr w:type="spellStart"/>
      <w:r w:rsidRPr="00983CC0">
        <w:rPr>
          <w:i w:val="0"/>
          <w:lang w:val="ru-RU"/>
        </w:rPr>
        <w:t>пленарлық</w:t>
      </w:r>
      <w:proofErr w:type="spellEnd"/>
      <w:r w:rsidRPr="00983CC0">
        <w:rPr>
          <w:i w:val="0"/>
          <w:lang w:val="ru-RU"/>
        </w:rPr>
        <w:t xml:space="preserve"> </w:t>
      </w:r>
      <w:proofErr w:type="spellStart"/>
      <w:r w:rsidRPr="00983CC0">
        <w:rPr>
          <w:i w:val="0"/>
          <w:lang w:val="ru-RU"/>
        </w:rPr>
        <w:t>баяндамалар</w:t>
      </w:r>
      <w:proofErr w:type="spellEnd"/>
    </w:p>
    <w:tbl>
      <w:tblPr>
        <w:tblStyle w:val="aff0"/>
        <w:tblW w:w="10613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5103"/>
        <w:gridCol w:w="45"/>
        <w:gridCol w:w="12"/>
        <w:gridCol w:w="36"/>
        <w:gridCol w:w="12"/>
        <w:gridCol w:w="72"/>
        <w:gridCol w:w="2503"/>
      </w:tblGrid>
      <w:tr w:rsidR="00213DAE" w14:paraId="279911BC" w14:textId="77777777" w:rsidTr="007D0EBE">
        <w:trPr>
          <w:jc w:val="center"/>
        </w:trPr>
        <w:tc>
          <w:tcPr>
            <w:tcW w:w="988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F5207A7" w14:textId="77777777" w:rsidR="00213DAE" w:rsidRDefault="00C568C2" w:rsidP="004929D2">
            <w:pPr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</w:p>
        </w:tc>
        <w:tc>
          <w:tcPr>
            <w:tcW w:w="1842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8FC5DF2" w14:textId="77777777" w:rsidR="00213DAE" w:rsidRDefault="00C568C2" w:rsidP="004929D2">
            <w:pPr>
              <w:jc w:val="center"/>
            </w:pPr>
            <w:proofErr w:type="spellStart"/>
            <w:r>
              <w:rPr>
                <w:b/>
              </w:rPr>
              <w:t>Блок</w:t>
            </w:r>
            <w:proofErr w:type="spellEnd"/>
          </w:p>
        </w:tc>
        <w:tc>
          <w:tcPr>
            <w:tcW w:w="7783" w:type="dxa"/>
            <w:gridSpan w:val="7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4ACE34E" w14:textId="77777777" w:rsidR="00213DAE" w:rsidRDefault="00C568C2" w:rsidP="004929D2">
            <w:pPr>
              <w:jc w:val="center"/>
            </w:pPr>
            <w:proofErr w:type="spellStart"/>
            <w:r>
              <w:rPr>
                <w:b/>
              </w:rPr>
              <w:t>Текст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ведущего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ремарка</w:t>
            </w:r>
            <w:proofErr w:type="spellEnd"/>
          </w:p>
        </w:tc>
      </w:tr>
      <w:tr w:rsidR="00213DAE" w:rsidRPr="00C85B12" w14:paraId="1CBCD9FE" w14:textId="77777777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64A3070" w14:textId="77777777" w:rsidR="00213DAE" w:rsidRDefault="00C568C2" w:rsidP="004929D2">
            <w:pPr>
              <w:jc w:val="center"/>
            </w:pPr>
            <w:r>
              <w:rPr>
                <w:b/>
                <w:sz w:val="20"/>
              </w:rPr>
              <w:t>08:30–09:30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7311C0B" w14:textId="519B0248" w:rsidR="00213DAE" w:rsidRPr="00983CC0" w:rsidRDefault="00983CC0" w:rsidP="00983CC0">
            <w:pPr>
              <w:rPr>
                <w:b/>
                <w:sz w:val="20"/>
                <w:lang w:val="ru-RU"/>
              </w:rPr>
            </w:pPr>
            <w:proofErr w:type="spellStart"/>
            <w:r w:rsidRPr="00983CC0">
              <w:rPr>
                <w:b/>
                <w:sz w:val="20"/>
                <w:lang w:val="ru-RU"/>
              </w:rPr>
              <w:t>Қатысушыларды</w:t>
            </w:r>
            <w:proofErr w:type="spellEnd"/>
            <w:r w:rsidRPr="00983CC0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b/>
                <w:sz w:val="20"/>
                <w:lang w:val="ru-RU"/>
              </w:rPr>
              <w:t>тіркеу</w:t>
            </w:r>
            <w:proofErr w:type="spellEnd"/>
          </w:p>
        </w:tc>
        <w:tc>
          <w:tcPr>
            <w:tcW w:w="7783" w:type="dxa"/>
            <w:gridSpan w:val="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0B14BFC" w14:textId="5936CB9A" w:rsidR="00213DAE" w:rsidRPr="006E5DDF" w:rsidRDefault="00983CC0" w:rsidP="004929D2">
            <w:pPr>
              <w:rPr>
                <w:lang w:val="ru-RU"/>
              </w:rPr>
            </w:pPr>
            <w:proofErr w:type="spellStart"/>
            <w:r w:rsidRPr="00983CC0">
              <w:rPr>
                <w:sz w:val="20"/>
                <w:lang w:val="ru-RU"/>
              </w:rPr>
              <w:t>Конференцияның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ресми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ашылуы</w:t>
            </w:r>
            <w:proofErr w:type="spellEnd"/>
          </w:p>
        </w:tc>
      </w:tr>
      <w:tr w:rsidR="00213DAE" w14:paraId="6A932D27" w14:textId="77777777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40397C7" w14:textId="77777777" w:rsidR="00213DAE" w:rsidRDefault="00C568C2" w:rsidP="004929D2">
            <w:pPr>
              <w:jc w:val="center"/>
            </w:pPr>
            <w:r>
              <w:rPr>
                <w:b/>
                <w:sz w:val="20"/>
              </w:rPr>
              <w:t>09:30–10:00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8E2711A" w14:textId="08173EC9" w:rsidR="00213DAE" w:rsidRDefault="00983CC0" w:rsidP="004929D2">
            <w:proofErr w:type="spellStart"/>
            <w:proofErr w:type="gramStart"/>
            <w:r w:rsidRPr="00983CC0">
              <w:rPr>
                <w:b/>
                <w:sz w:val="20"/>
                <w:lang w:val="ru-RU"/>
              </w:rPr>
              <w:t>Конференцияның</w:t>
            </w:r>
            <w:proofErr w:type="spellEnd"/>
            <w:r w:rsidRPr="00983CC0">
              <w:rPr>
                <w:b/>
                <w:sz w:val="20"/>
                <w:lang w:val="ru-RU"/>
              </w:rPr>
              <w:t xml:space="preserve">  </w:t>
            </w:r>
            <w:proofErr w:type="spellStart"/>
            <w:r w:rsidRPr="00983CC0">
              <w:rPr>
                <w:b/>
                <w:sz w:val="20"/>
                <w:lang w:val="ru-RU"/>
              </w:rPr>
              <w:t>ашылуы</w:t>
            </w:r>
            <w:proofErr w:type="spellEnd"/>
            <w:proofErr w:type="gramEnd"/>
          </w:p>
        </w:tc>
        <w:tc>
          <w:tcPr>
            <w:tcW w:w="7783" w:type="dxa"/>
            <w:gridSpan w:val="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7FB30FD" w14:textId="2BB1A940" w:rsidR="00213DAE" w:rsidRDefault="00983CC0" w:rsidP="00E45692">
            <w:proofErr w:type="spellStart"/>
            <w:r w:rsidRPr="00983CC0">
              <w:rPr>
                <w:sz w:val="20"/>
                <w:lang w:val="ru-RU"/>
              </w:rPr>
              <w:t>Қазақ</w:t>
            </w:r>
            <w:proofErr w:type="spellEnd"/>
            <w:r w:rsidRPr="00983CC0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ансамблінің</w:t>
            </w:r>
            <w:proofErr w:type="spellEnd"/>
            <w:r w:rsidRPr="00983CC0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әртістері</w:t>
            </w:r>
            <w:proofErr w:type="spellEnd"/>
            <w:r w:rsidRPr="00983CC0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өнер</w:t>
            </w:r>
            <w:proofErr w:type="spellEnd"/>
            <w:r w:rsidRPr="00983CC0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көрсетеді</w:t>
            </w:r>
            <w:proofErr w:type="spellEnd"/>
          </w:p>
        </w:tc>
      </w:tr>
      <w:tr w:rsidR="00983CC0" w:rsidRPr="00C85B12" w14:paraId="45E184AF" w14:textId="77777777" w:rsidTr="007C48C6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B3829CE" w14:textId="77777777" w:rsidR="00983CC0" w:rsidRDefault="00983CC0" w:rsidP="00983CC0">
            <w:pPr>
              <w:jc w:val="center"/>
            </w:pPr>
            <w:r>
              <w:rPr>
                <w:b/>
                <w:sz w:val="20"/>
              </w:rPr>
              <w:t>10:00–10:15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24A8883F" w14:textId="1C92F451" w:rsidR="00983CC0" w:rsidRPr="00983CC0" w:rsidRDefault="00983CC0" w:rsidP="00983CC0">
            <w:pPr>
              <w:rPr>
                <w:b/>
                <w:bCs/>
                <w:lang w:val="ru-RU"/>
              </w:rPr>
            </w:pPr>
            <w:proofErr w:type="spellStart"/>
            <w:r w:rsidRPr="00983CC0">
              <w:rPr>
                <w:b/>
                <w:bCs/>
              </w:rPr>
              <w:t>Кіріспе</w:t>
            </w:r>
            <w:proofErr w:type="spellEnd"/>
            <w:r w:rsidRPr="00983CC0">
              <w:rPr>
                <w:b/>
                <w:bCs/>
              </w:rPr>
              <w:t xml:space="preserve"> </w:t>
            </w:r>
            <w:proofErr w:type="spellStart"/>
            <w:r w:rsidRPr="00983CC0">
              <w:rPr>
                <w:b/>
                <w:bCs/>
              </w:rPr>
              <w:t>сөз</w:t>
            </w:r>
            <w:proofErr w:type="spellEnd"/>
          </w:p>
        </w:tc>
        <w:tc>
          <w:tcPr>
            <w:tcW w:w="7783" w:type="dxa"/>
            <w:gridSpan w:val="7"/>
            <w:tcMar>
              <w:top w:w="85" w:type="dxa"/>
              <w:left w:w="100" w:type="dxa"/>
              <w:bottom w:w="85" w:type="dxa"/>
              <w:right w:w="100" w:type="dxa"/>
            </w:tcMar>
          </w:tcPr>
          <w:p w14:paraId="41DFE859" w14:textId="0AA8A2A9" w:rsidR="00983CC0" w:rsidRPr="00983CC0" w:rsidRDefault="00983CC0" w:rsidP="00983CC0">
            <w:pPr>
              <w:rPr>
                <w:b/>
                <w:bCs/>
                <w:lang w:val="ru-RU"/>
              </w:rPr>
            </w:pPr>
            <w:proofErr w:type="spellStart"/>
            <w:r w:rsidRPr="00983CC0">
              <w:rPr>
                <w:b/>
                <w:bCs/>
                <w:lang w:val="ru-RU"/>
              </w:rPr>
              <w:t>Қазақстан</w:t>
            </w:r>
            <w:proofErr w:type="spellEnd"/>
            <w:r w:rsidRPr="00983CC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983CC0">
              <w:rPr>
                <w:b/>
                <w:bCs/>
                <w:lang w:val="ru-RU"/>
              </w:rPr>
              <w:t>Республикасы</w:t>
            </w:r>
            <w:proofErr w:type="spellEnd"/>
            <w:r w:rsidRPr="00983CC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983CC0">
              <w:rPr>
                <w:b/>
                <w:bCs/>
                <w:lang w:val="ru-RU"/>
              </w:rPr>
              <w:t>Денсаулық</w:t>
            </w:r>
            <w:proofErr w:type="spellEnd"/>
            <w:r w:rsidRPr="00983CC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983CC0">
              <w:rPr>
                <w:b/>
                <w:bCs/>
                <w:lang w:val="ru-RU"/>
              </w:rPr>
              <w:t>сақтау</w:t>
            </w:r>
            <w:proofErr w:type="spellEnd"/>
            <w:r w:rsidRPr="00983CC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983CC0">
              <w:rPr>
                <w:b/>
                <w:bCs/>
                <w:lang w:val="ru-RU"/>
              </w:rPr>
              <w:t>министрлігінің</w:t>
            </w:r>
            <w:proofErr w:type="spellEnd"/>
            <w:r w:rsidRPr="00983CC0">
              <w:rPr>
                <w:b/>
                <w:bCs/>
                <w:lang w:val="ru-RU"/>
              </w:rPr>
              <w:t xml:space="preserve"> </w:t>
            </w:r>
            <w:proofErr w:type="spellStart"/>
            <w:r w:rsidRPr="00983CC0">
              <w:rPr>
                <w:b/>
                <w:bCs/>
                <w:lang w:val="ru-RU"/>
              </w:rPr>
              <w:t>өкілі</w:t>
            </w:r>
            <w:proofErr w:type="spellEnd"/>
          </w:p>
        </w:tc>
      </w:tr>
      <w:tr w:rsidR="00213DAE" w:rsidRPr="00C85B12" w14:paraId="732D9D3D" w14:textId="77777777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7AC0C0E" w14:textId="77777777" w:rsidR="00213DAE" w:rsidRDefault="00C568C2" w:rsidP="004929D2">
            <w:pPr>
              <w:jc w:val="center"/>
            </w:pPr>
            <w:r>
              <w:rPr>
                <w:b/>
                <w:sz w:val="20"/>
              </w:rPr>
              <w:t>10:15–10:25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E57772A" w14:textId="39EECA84" w:rsidR="00213DAE" w:rsidRDefault="00983CC0" w:rsidP="004929D2">
            <w:proofErr w:type="spellStart"/>
            <w:r w:rsidRPr="00983CC0">
              <w:rPr>
                <w:b/>
                <w:sz w:val="20"/>
              </w:rPr>
              <w:t>Регламенттік</w:t>
            </w:r>
            <w:proofErr w:type="spellEnd"/>
            <w:r w:rsidRPr="00983CC0">
              <w:rPr>
                <w:b/>
                <w:sz w:val="20"/>
              </w:rPr>
              <w:t xml:space="preserve"> </w:t>
            </w:r>
            <w:proofErr w:type="spellStart"/>
            <w:r w:rsidRPr="00983CC0">
              <w:rPr>
                <w:b/>
                <w:sz w:val="20"/>
              </w:rPr>
              <w:t>ауысу</w:t>
            </w:r>
            <w:proofErr w:type="spellEnd"/>
          </w:p>
        </w:tc>
        <w:tc>
          <w:tcPr>
            <w:tcW w:w="7783" w:type="dxa"/>
            <w:gridSpan w:val="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C834653" w14:textId="6ECB3798" w:rsidR="00213DAE" w:rsidRPr="006E5DDF" w:rsidRDefault="00983CC0" w:rsidP="004929D2">
            <w:pPr>
              <w:rPr>
                <w:lang w:val="ru-RU"/>
              </w:rPr>
            </w:pPr>
            <w:proofErr w:type="spellStart"/>
            <w:r w:rsidRPr="00983CC0">
              <w:rPr>
                <w:sz w:val="20"/>
                <w:lang w:val="ru-RU"/>
              </w:rPr>
              <w:t>Ұйымдастырушылық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кезең</w:t>
            </w:r>
            <w:proofErr w:type="spellEnd"/>
          </w:p>
        </w:tc>
      </w:tr>
      <w:tr w:rsidR="001513CC" w:rsidRPr="00C85B12" w14:paraId="726F4046" w14:textId="63D38975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7F62B1E" w14:textId="77777777" w:rsidR="001513CC" w:rsidRDefault="001513CC" w:rsidP="004929D2">
            <w:pPr>
              <w:jc w:val="center"/>
            </w:pPr>
            <w:bookmarkStart w:id="2" w:name="_Hlk225152592"/>
            <w:r>
              <w:rPr>
                <w:b/>
                <w:sz w:val="20"/>
              </w:rPr>
              <w:t>10:25–10:45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9E0DE69" w14:textId="4113497D" w:rsidR="001513CC" w:rsidRDefault="00983CC0" w:rsidP="004929D2">
            <w:proofErr w:type="spellStart"/>
            <w:r w:rsidRPr="00983CC0">
              <w:rPr>
                <w:b/>
                <w:sz w:val="20"/>
              </w:rPr>
              <w:t>Депутаттың</w:t>
            </w:r>
            <w:proofErr w:type="spellEnd"/>
            <w:r w:rsidRPr="00983CC0">
              <w:rPr>
                <w:b/>
                <w:sz w:val="20"/>
              </w:rPr>
              <w:t xml:space="preserve"> </w:t>
            </w:r>
            <w:proofErr w:type="spellStart"/>
            <w:r w:rsidRPr="00983CC0">
              <w:rPr>
                <w:b/>
                <w:sz w:val="20"/>
              </w:rPr>
              <w:t>құттықтау</w:t>
            </w:r>
            <w:proofErr w:type="spellEnd"/>
            <w:r w:rsidRPr="00983CC0">
              <w:rPr>
                <w:b/>
                <w:sz w:val="20"/>
              </w:rPr>
              <w:t xml:space="preserve"> </w:t>
            </w:r>
            <w:proofErr w:type="spellStart"/>
            <w:r w:rsidRPr="00983CC0">
              <w:rPr>
                <w:b/>
                <w:sz w:val="20"/>
              </w:rPr>
              <w:t>сөзі</w:t>
            </w:r>
            <w:proofErr w:type="spellEnd"/>
          </w:p>
        </w:tc>
        <w:tc>
          <w:tcPr>
            <w:tcW w:w="510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04C74B8" w14:textId="35F681CC" w:rsidR="001513CC" w:rsidRPr="00983CC0" w:rsidRDefault="001513CC" w:rsidP="004929D2"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Оспанова</w:t>
            </w:r>
            <w:proofErr w:type="spellEnd"/>
            <w:r w:rsidRPr="00983CC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Кадиша</w:t>
            </w:r>
            <w:proofErr w:type="spellEnd"/>
            <w:r w:rsidRPr="00983CC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Базарбаевна</w:t>
            </w:r>
            <w:proofErr w:type="spellEnd"/>
            <w:r w:rsidRPr="00983CC0">
              <w:rPr>
                <w:sz w:val="20"/>
              </w:rPr>
              <w:t xml:space="preserve"> </w:t>
            </w:r>
            <w:r w:rsidR="00983CC0">
              <w:rPr>
                <w:sz w:val="20"/>
              </w:rPr>
              <w:t xml:space="preserve">- </w:t>
            </w:r>
            <w:r w:rsidR="00983CC0" w:rsidRPr="00983CC0">
              <w:rPr>
                <w:sz w:val="20"/>
                <w:lang w:val="ru-RU"/>
              </w:rPr>
              <w:t>депутат</w:t>
            </w:r>
            <w:r w:rsidR="00983CC0" w:rsidRPr="00983CC0">
              <w:rPr>
                <w:sz w:val="20"/>
              </w:rPr>
              <w:t xml:space="preserve">, </w:t>
            </w:r>
            <w:r w:rsidR="00983CC0" w:rsidRPr="00983CC0">
              <w:rPr>
                <w:sz w:val="20"/>
                <w:lang w:val="ru-RU"/>
              </w:rPr>
              <w:t>медицина</w:t>
            </w:r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ғылымдарының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докторы</w:t>
            </w:r>
            <w:proofErr w:type="spellEnd"/>
            <w:r w:rsidR="00983CC0" w:rsidRPr="00983CC0">
              <w:rPr>
                <w:sz w:val="20"/>
              </w:rPr>
              <w:t xml:space="preserve">, </w:t>
            </w:r>
            <w:proofErr w:type="spellStart"/>
            <w:r w:rsidR="00983CC0" w:rsidRPr="00983CC0">
              <w:rPr>
                <w:sz w:val="20"/>
                <w:lang w:val="ru-RU"/>
              </w:rPr>
              <w:t>Қарағанды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облыстық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мәслихатының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әлеуметтік</w:t>
            </w:r>
            <w:proofErr w:type="spellEnd"/>
            <w:r w:rsidR="00983CC0" w:rsidRPr="00983CC0">
              <w:rPr>
                <w:sz w:val="20"/>
              </w:rPr>
              <w:t>-</w:t>
            </w:r>
            <w:proofErr w:type="spellStart"/>
            <w:r w:rsidR="00983CC0" w:rsidRPr="00983CC0">
              <w:rPr>
                <w:sz w:val="20"/>
                <w:lang w:val="ru-RU"/>
              </w:rPr>
              <w:t>мәдени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r w:rsidR="00983CC0" w:rsidRPr="00983CC0">
              <w:rPr>
                <w:sz w:val="20"/>
                <w:lang w:val="ru-RU"/>
              </w:rPr>
              <w:t>даму</w:t>
            </w:r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және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халықты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әлеуметтік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қорғау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жөніндегі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тұрақты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комиссиясының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төрайымы</w:t>
            </w:r>
            <w:proofErr w:type="spellEnd"/>
            <w:r w:rsidR="00983CC0" w:rsidRPr="00983CC0">
              <w:rPr>
                <w:sz w:val="20"/>
              </w:rPr>
              <w:t xml:space="preserve">, </w:t>
            </w:r>
            <w:proofErr w:type="spellStart"/>
            <w:r w:rsidR="00983CC0" w:rsidRPr="00983CC0">
              <w:rPr>
                <w:sz w:val="20"/>
                <w:lang w:val="ru-RU"/>
              </w:rPr>
              <w:t>Қарағанды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r w:rsidR="00983CC0" w:rsidRPr="00983CC0">
              <w:rPr>
                <w:sz w:val="20"/>
                <w:lang w:val="ru-RU"/>
              </w:rPr>
              <w:t>медицина</w:t>
            </w:r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университетінің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Қоғамдық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денсаулық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сақтау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мектебінің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r w:rsidR="00983CC0" w:rsidRPr="00983CC0">
              <w:rPr>
                <w:sz w:val="20"/>
                <w:lang w:val="ru-RU"/>
              </w:rPr>
              <w:t>профессоры</w:t>
            </w:r>
            <w:r w:rsidR="00983CC0" w:rsidRPr="00983CC0">
              <w:rPr>
                <w:sz w:val="20"/>
              </w:rPr>
              <w:t xml:space="preserve"> </w:t>
            </w:r>
          </w:p>
          <w:p w14:paraId="2B22D5C2" w14:textId="4417999F" w:rsidR="001513CC" w:rsidRPr="00983CC0" w:rsidRDefault="001513CC" w:rsidP="001513CC">
            <w:pPr>
              <w:jc w:val="right"/>
            </w:pPr>
          </w:p>
        </w:tc>
        <w:tc>
          <w:tcPr>
            <w:tcW w:w="2680" w:type="dxa"/>
            <w:gridSpan w:val="6"/>
            <w:vAlign w:val="center"/>
          </w:tcPr>
          <w:p w14:paraId="454D48E9" w14:textId="5B3543F0" w:rsidR="001513CC" w:rsidRPr="006E5DDF" w:rsidRDefault="001513CC" w:rsidP="001513CC">
            <w:pPr>
              <w:rPr>
                <w:lang w:val="ru-RU"/>
              </w:rPr>
            </w:pPr>
            <w:r>
              <w:rPr>
                <w:noProof/>
                <w:lang w:val="ru-RU"/>
              </w:rPr>
              <w:drawing>
                <wp:inline distT="0" distB="0" distL="0" distR="0" wp14:anchorId="2014DE10" wp14:editId="2C1C7806">
                  <wp:extent cx="1584960" cy="2164080"/>
                  <wp:effectExtent l="0" t="0" r="0" b="762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960" cy="2164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2"/>
      <w:tr w:rsidR="00213DAE" w14:paraId="202BB545" w14:textId="77777777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101C49A" w14:textId="3EB64AD4" w:rsidR="00213DAE" w:rsidRPr="00220368" w:rsidRDefault="00C568C2" w:rsidP="004929D2">
            <w:pPr>
              <w:jc w:val="center"/>
              <w:rPr>
                <w:lang w:val="ru-RU"/>
              </w:rPr>
            </w:pPr>
            <w:r>
              <w:rPr>
                <w:b/>
                <w:sz w:val="20"/>
              </w:rPr>
              <w:t>10:45–10:</w:t>
            </w:r>
            <w:r w:rsidR="00220368">
              <w:rPr>
                <w:b/>
                <w:sz w:val="20"/>
                <w:lang w:val="ru-RU"/>
              </w:rPr>
              <w:t>50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BE0157F" w14:textId="5916A65F" w:rsidR="00213DAE" w:rsidRPr="00976AF4" w:rsidRDefault="00983CC0" w:rsidP="004929D2">
            <w:pPr>
              <w:rPr>
                <w:lang w:val="ru-RU"/>
              </w:rPr>
            </w:pPr>
            <w:proofErr w:type="spellStart"/>
            <w:r w:rsidRPr="00983CC0">
              <w:rPr>
                <w:b/>
                <w:sz w:val="20"/>
                <w:lang w:val="ru-RU"/>
              </w:rPr>
              <w:t>Сахнаға</w:t>
            </w:r>
            <w:proofErr w:type="spellEnd"/>
            <w:r w:rsidRPr="00983CC0">
              <w:rPr>
                <w:b/>
                <w:sz w:val="20"/>
                <w:lang w:val="ru-RU"/>
              </w:rPr>
              <w:t xml:space="preserve"> Садыкова </w:t>
            </w:r>
            <w:proofErr w:type="spellStart"/>
            <w:r w:rsidRPr="00983CC0">
              <w:rPr>
                <w:b/>
                <w:sz w:val="20"/>
                <w:lang w:val="ru-RU"/>
              </w:rPr>
              <w:t>Айжан</w:t>
            </w:r>
            <w:proofErr w:type="spellEnd"/>
            <w:r w:rsidRPr="00983CC0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b/>
                <w:sz w:val="20"/>
                <w:lang w:val="ru-RU"/>
              </w:rPr>
              <w:t>Бекайдарқызы</w:t>
            </w:r>
            <w:proofErr w:type="spellEnd"/>
            <w:r w:rsidRPr="00983CC0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b/>
                <w:sz w:val="20"/>
                <w:lang w:val="ru-RU"/>
              </w:rPr>
              <w:t>шақырылады</w:t>
            </w:r>
            <w:proofErr w:type="spellEnd"/>
          </w:p>
        </w:tc>
        <w:tc>
          <w:tcPr>
            <w:tcW w:w="7783" w:type="dxa"/>
            <w:gridSpan w:val="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173D539" w14:textId="0EE7FE1A" w:rsidR="00983CC0" w:rsidRPr="00983CC0" w:rsidRDefault="00983CC0" w:rsidP="00983CC0">
            <w:pPr>
              <w:rPr>
                <w:sz w:val="20"/>
                <w:lang w:val="ru-RU"/>
              </w:rPr>
            </w:pPr>
            <w:proofErr w:type="spellStart"/>
            <w:r w:rsidRPr="00983CC0">
              <w:rPr>
                <w:sz w:val="20"/>
                <w:lang w:val="ru-RU"/>
              </w:rPr>
              <w:t>Құттықтау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proofErr w:type="gramStart"/>
            <w:r w:rsidRPr="00983CC0">
              <w:rPr>
                <w:sz w:val="20"/>
                <w:lang w:val="ru-RU"/>
              </w:rPr>
              <w:t>сөзі</w:t>
            </w:r>
            <w:proofErr w:type="spellEnd"/>
            <w:r w:rsidRPr="00983CC0">
              <w:rPr>
                <w:sz w:val="20"/>
                <w:lang w:val="ru-RU"/>
              </w:rPr>
              <w:t xml:space="preserve">  </w:t>
            </w:r>
            <w:r w:rsidRPr="00983CC0">
              <w:rPr>
                <w:sz w:val="20"/>
                <w:lang w:val="ru-RU"/>
              </w:rPr>
              <w:t>Садыкова</w:t>
            </w:r>
            <w:proofErr w:type="gram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Айжан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Бекайдарқызы</w:t>
            </w:r>
            <w:proofErr w:type="spellEnd"/>
            <w:r w:rsidRPr="00983CC0">
              <w:rPr>
                <w:sz w:val="20"/>
                <w:lang w:val="ru-RU"/>
              </w:rPr>
              <w:t xml:space="preserve"> — «</w:t>
            </w:r>
            <w:proofErr w:type="spellStart"/>
            <w:r w:rsidRPr="00983CC0">
              <w:rPr>
                <w:sz w:val="20"/>
                <w:lang w:val="ru-RU"/>
              </w:rPr>
              <w:t>ZdravAtameken</w:t>
            </w:r>
            <w:proofErr w:type="spellEnd"/>
            <w:r w:rsidRPr="00983CC0">
              <w:rPr>
                <w:sz w:val="20"/>
                <w:lang w:val="ru-RU"/>
              </w:rPr>
              <w:t xml:space="preserve">» </w:t>
            </w:r>
            <w:proofErr w:type="spellStart"/>
            <w:r w:rsidRPr="00983CC0">
              <w:rPr>
                <w:sz w:val="20"/>
                <w:lang w:val="ru-RU"/>
              </w:rPr>
              <w:t>денсаулық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сақтау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субъектілері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қауымдастығының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президенті</w:t>
            </w:r>
            <w:proofErr w:type="spellEnd"/>
            <w:r w:rsidRPr="00983CC0">
              <w:rPr>
                <w:sz w:val="20"/>
                <w:lang w:val="ru-RU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дәрігер</w:t>
            </w:r>
            <w:proofErr w:type="spellEnd"/>
            <w:r w:rsidRPr="00983CC0">
              <w:rPr>
                <w:sz w:val="20"/>
                <w:lang w:val="ru-RU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заңгер</w:t>
            </w:r>
            <w:proofErr w:type="spellEnd"/>
            <w:r w:rsidRPr="00983CC0">
              <w:rPr>
                <w:sz w:val="20"/>
                <w:lang w:val="ru-RU"/>
              </w:rPr>
              <w:t xml:space="preserve">, медицина </w:t>
            </w:r>
            <w:proofErr w:type="spellStart"/>
            <w:r w:rsidRPr="00983CC0">
              <w:rPr>
                <w:sz w:val="20"/>
                <w:lang w:val="ru-RU"/>
              </w:rPr>
              <w:t>ғылымдарының</w:t>
            </w:r>
            <w:proofErr w:type="spellEnd"/>
            <w:r w:rsidRPr="00983CC0">
              <w:rPr>
                <w:sz w:val="20"/>
                <w:lang w:val="ru-RU"/>
              </w:rPr>
              <w:t xml:space="preserve"> кандидаты.</w:t>
            </w:r>
          </w:p>
          <w:p w14:paraId="63C7CB9D" w14:textId="77777777" w:rsidR="00983CC0" w:rsidRPr="00983CC0" w:rsidRDefault="00983CC0" w:rsidP="00983CC0">
            <w:pPr>
              <w:rPr>
                <w:sz w:val="20"/>
                <w:lang w:val="ru-RU"/>
              </w:rPr>
            </w:pPr>
          </w:p>
          <w:p w14:paraId="02DB330F" w14:textId="77777777" w:rsidR="00983CC0" w:rsidRPr="00983CC0" w:rsidRDefault="00983CC0" w:rsidP="00983CC0">
            <w:pPr>
              <w:rPr>
                <w:sz w:val="20"/>
                <w:lang w:val="ru-RU"/>
              </w:rPr>
            </w:pPr>
            <w:proofErr w:type="spellStart"/>
            <w:r w:rsidRPr="00983CC0">
              <w:rPr>
                <w:sz w:val="20"/>
                <w:lang w:val="ru-RU"/>
              </w:rPr>
              <w:t>Айжан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Бекайдарқызы</w:t>
            </w:r>
            <w:proofErr w:type="spellEnd"/>
            <w:r w:rsidRPr="00983CC0">
              <w:rPr>
                <w:sz w:val="20"/>
                <w:lang w:val="ru-RU"/>
              </w:rPr>
              <w:t xml:space="preserve"> — </w:t>
            </w:r>
            <w:proofErr w:type="spellStart"/>
            <w:r w:rsidRPr="00983CC0">
              <w:rPr>
                <w:sz w:val="20"/>
                <w:lang w:val="ru-RU"/>
              </w:rPr>
              <w:t>кәсіби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медициналық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қауымдастықтың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беделді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көшбасшысы</w:t>
            </w:r>
            <w:proofErr w:type="spellEnd"/>
            <w:r w:rsidRPr="00983CC0">
              <w:rPr>
                <w:sz w:val="20"/>
                <w:lang w:val="ru-RU"/>
              </w:rPr>
              <w:t xml:space="preserve">. 35 </w:t>
            </w:r>
            <w:proofErr w:type="spellStart"/>
            <w:r w:rsidRPr="00983CC0">
              <w:rPr>
                <w:sz w:val="20"/>
                <w:lang w:val="ru-RU"/>
              </w:rPr>
              <w:t>жыл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бойы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Ұлттық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медициналық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қауымдастықты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басқарып</w:t>
            </w:r>
            <w:proofErr w:type="spellEnd"/>
            <w:r w:rsidRPr="00983CC0">
              <w:rPr>
                <w:sz w:val="20"/>
                <w:lang w:val="ru-RU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қоғамдық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денсаулық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сақтау</w:t>
            </w:r>
            <w:proofErr w:type="spellEnd"/>
            <w:r w:rsidRPr="00983CC0">
              <w:rPr>
                <w:sz w:val="20"/>
                <w:lang w:val="ru-RU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кәсіби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өзін-өзі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басқару</w:t>
            </w:r>
            <w:proofErr w:type="spellEnd"/>
            <w:r w:rsidRPr="00983CC0">
              <w:rPr>
                <w:sz w:val="20"/>
                <w:lang w:val="ru-RU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медициналық</w:t>
            </w:r>
            <w:proofErr w:type="spellEnd"/>
            <w:r w:rsidRPr="00983CC0">
              <w:rPr>
                <w:sz w:val="20"/>
                <w:lang w:val="ru-RU"/>
              </w:rPr>
              <w:t xml:space="preserve"> этика </w:t>
            </w:r>
            <w:proofErr w:type="spellStart"/>
            <w:r w:rsidRPr="00983CC0">
              <w:rPr>
                <w:sz w:val="20"/>
                <w:lang w:val="ru-RU"/>
              </w:rPr>
              <w:t>және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қоғамдағы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дәрігер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мәртебесін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нығайтуға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зор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үлес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қосты</w:t>
            </w:r>
            <w:proofErr w:type="spellEnd"/>
            <w:r w:rsidRPr="00983CC0">
              <w:rPr>
                <w:sz w:val="20"/>
                <w:lang w:val="ru-RU"/>
              </w:rPr>
              <w:t>.</w:t>
            </w:r>
          </w:p>
          <w:p w14:paraId="2E4284F1" w14:textId="77777777" w:rsidR="00983CC0" w:rsidRPr="00983CC0" w:rsidRDefault="00983CC0" w:rsidP="00983CC0">
            <w:pPr>
              <w:rPr>
                <w:sz w:val="20"/>
                <w:lang w:val="ru-RU"/>
              </w:rPr>
            </w:pPr>
          </w:p>
          <w:p w14:paraId="48F2D7C3" w14:textId="77777777" w:rsidR="00983CC0" w:rsidRPr="00983CC0" w:rsidRDefault="00983CC0" w:rsidP="00983CC0">
            <w:pPr>
              <w:rPr>
                <w:sz w:val="20"/>
                <w:lang w:val="ru-RU"/>
              </w:rPr>
            </w:pPr>
            <w:proofErr w:type="spellStart"/>
            <w:r w:rsidRPr="00983CC0">
              <w:rPr>
                <w:sz w:val="20"/>
                <w:lang w:val="ru-RU"/>
              </w:rPr>
              <w:t>Ол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Қазақстан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Республикасы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дәрігерінің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Антының</w:t>
            </w:r>
            <w:proofErr w:type="spellEnd"/>
            <w:r w:rsidRPr="00983CC0">
              <w:rPr>
                <w:sz w:val="20"/>
                <w:lang w:val="ru-RU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сондай-ақ</w:t>
            </w:r>
            <w:proofErr w:type="spellEnd"/>
            <w:r w:rsidRPr="00983CC0">
              <w:rPr>
                <w:sz w:val="20"/>
                <w:lang w:val="ru-RU"/>
              </w:rPr>
              <w:t xml:space="preserve"> «</w:t>
            </w:r>
            <w:proofErr w:type="spellStart"/>
            <w:r w:rsidRPr="00983CC0">
              <w:rPr>
                <w:sz w:val="20"/>
                <w:lang w:val="ru-RU"/>
              </w:rPr>
              <w:t>Дәрігерміз</w:t>
            </w:r>
            <w:proofErr w:type="spellEnd"/>
            <w:r w:rsidRPr="00983CC0">
              <w:rPr>
                <w:sz w:val="20"/>
                <w:lang w:val="ru-RU"/>
              </w:rPr>
              <w:t xml:space="preserve">» </w:t>
            </w:r>
            <w:proofErr w:type="spellStart"/>
            <w:r w:rsidRPr="00983CC0">
              <w:rPr>
                <w:sz w:val="20"/>
                <w:lang w:val="ru-RU"/>
              </w:rPr>
              <w:t>гимнінің</w:t>
            </w:r>
            <w:proofErr w:type="spellEnd"/>
            <w:r w:rsidRPr="00983CC0">
              <w:rPr>
                <w:sz w:val="20"/>
                <w:lang w:val="ru-RU"/>
              </w:rPr>
              <w:t xml:space="preserve"> авторы </w:t>
            </w:r>
            <w:proofErr w:type="spellStart"/>
            <w:r w:rsidRPr="00983CC0">
              <w:rPr>
                <w:sz w:val="20"/>
                <w:lang w:val="ru-RU"/>
              </w:rPr>
              <w:t>болып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табылады</w:t>
            </w:r>
            <w:proofErr w:type="spellEnd"/>
            <w:r w:rsidRPr="00983CC0">
              <w:rPr>
                <w:sz w:val="20"/>
                <w:lang w:val="ru-RU"/>
              </w:rPr>
              <w:t xml:space="preserve">. </w:t>
            </w:r>
            <w:proofErr w:type="spellStart"/>
            <w:r w:rsidRPr="00983CC0">
              <w:rPr>
                <w:sz w:val="20"/>
                <w:lang w:val="ru-RU"/>
              </w:rPr>
              <w:t>Бұл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туындылар</w:t>
            </w:r>
            <w:proofErr w:type="spellEnd"/>
            <w:r w:rsidRPr="00983CC0">
              <w:rPr>
                <w:sz w:val="20"/>
                <w:lang w:val="ru-RU"/>
              </w:rPr>
              <w:t xml:space="preserve"> медицина </w:t>
            </w:r>
            <w:proofErr w:type="spellStart"/>
            <w:r w:rsidRPr="00983CC0">
              <w:rPr>
                <w:sz w:val="20"/>
                <w:lang w:val="ru-RU"/>
              </w:rPr>
              <w:t>қызметкерлерінің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кәсіби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абыройының</w:t>
            </w:r>
            <w:proofErr w:type="spellEnd"/>
            <w:r w:rsidRPr="00983CC0">
              <w:rPr>
                <w:sz w:val="20"/>
                <w:lang w:val="ru-RU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бірлігінің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және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жоғары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миссиясының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маңызды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символдарына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айналды</w:t>
            </w:r>
            <w:proofErr w:type="spellEnd"/>
            <w:r w:rsidRPr="00983CC0">
              <w:rPr>
                <w:sz w:val="20"/>
                <w:lang w:val="ru-RU"/>
              </w:rPr>
              <w:t>.</w:t>
            </w:r>
          </w:p>
          <w:p w14:paraId="274C25E3" w14:textId="77777777" w:rsidR="00983CC0" w:rsidRPr="00983CC0" w:rsidRDefault="00983CC0" w:rsidP="00983CC0">
            <w:pPr>
              <w:rPr>
                <w:sz w:val="20"/>
                <w:lang w:val="ru-RU"/>
              </w:rPr>
            </w:pPr>
          </w:p>
          <w:p w14:paraId="0B7B9C66" w14:textId="3CA64A9F" w:rsidR="00213DAE" w:rsidRPr="00E515C7" w:rsidRDefault="00983CC0" w:rsidP="00983CC0">
            <w:pPr>
              <w:rPr>
                <w:lang w:val="ru-RU"/>
              </w:rPr>
            </w:pPr>
            <w:proofErr w:type="spellStart"/>
            <w:r w:rsidRPr="00983CC0">
              <w:rPr>
                <w:sz w:val="20"/>
                <w:lang w:val="ru-RU"/>
              </w:rPr>
              <w:t>Ұзақ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жылғы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адал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еңбегі</w:t>
            </w:r>
            <w:proofErr w:type="spellEnd"/>
            <w:r w:rsidRPr="00983CC0">
              <w:rPr>
                <w:sz w:val="20"/>
                <w:lang w:val="ru-RU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жоғары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кәсібилігі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және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денсаулық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сақтау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саласының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дамуына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қосқан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ерекше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үлесі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үшін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Айжан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Бекайдарқызы</w:t>
            </w:r>
            <w:proofErr w:type="spellEnd"/>
            <w:r w:rsidRPr="00983CC0">
              <w:rPr>
                <w:sz w:val="20"/>
                <w:lang w:val="ru-RU"/>
              </w:rPr>
              <w:t xml:space="preserve"> «</w:t>
            </w:r>
            <w:proofErr w:type="spellStart"/>
            <w:r w:rsidRPr="00983CC0">
              <w:rPr>
                <w:sz w:val="20"/>
                <w:lang w:val="ru-RU"/>
              </w:rPr>
              <w:t>Құрмет</w:t>
            </w:r>
            <w:proofErr w:type="spellEnd"/>
            <w:r w:rsidRPr="00983CC0">
              <w:rPr>
                <w:sz w:val="20"/>
                <w:lang w:val="ru-RU"/>
              </w:rPr>
              <w:t xml:space="preserve">» </w:t>
            </w:r>
            <w:proofErr w:type="spellStart"/>
            <w:r w:rsidRPr="00983CC0">
              <w:rPr>
                <w:sz w:val="20"/>
                <w:lang w:val="ru-RU"/>
              </w:rPr>
              <w:t>және</w:t>
            </w:r>
            <w:proofErr w:type="spellEnd"/>
            <w:r w:rsidRPr="00983CC0">
              <w:rPr>
                <w:sz w:val="20"/>
                <w:lang w:val="ru-RU"/>
              </w:rPr>
              <w:t xml:space="preserve"> «</w:t>
            </w:r>
            <w:proofErr w:type="spellStart"/>
            <w:r w:rsidRPr="00983CC0">
              <w:rPr>
                <w:sz w:val="20"/>
                <w:lang w:val="ru-RU"/>
              </w:rPr>
              <w:t>Парасат</w:t>
            </w:r>
            <w:proofErr w:type="spellEnd"/>
            <w:r w:rsidRPr="00983CC0">
              <w:rPr>
                <w:sz w:val="20"/>
                <w:lang w:val="ru-RU"/>
              </w:rPr>
              <w:t xml:space="preserve">» </w:t>
            </w:r>
            <w:proofErr w:type="spellStart"/>
            <w:r w:rsidRPr="00983CC0">
              <w:rPr>
                <w:sz w:val="20"/>
                <w:lang w:val="ru-RU"/>
              </w:rPr>
              <w:t>ордендерімен</w:t>
            </w:r>
            <w:proofErr w:type="spellEnd"/>
            <w:r w:rsidRPr="00983CC0">
              <w:rPr>
                <w:sz w:val="20"/>
                <w:lang w:val="ru-RU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марапатталған</w:t>
            </w:r>
            <w:proofErr w:type="spellEnd"/>
            <w:r w:rsidRPr="00983CC0">
              <w:rPr>
                <w:sz w:val="20"/>
                <w:lang w:val="ru-RU"/>
              </w:rPr>
              <w:t>.</w:t>
            </w:r>
          </w:p>
        </w:tc>
      </w:tr>
      <w:tr w:rsidR="00A01A9D" w:rsidRPr="00C85B12" w14:paraId="13510727" w14:textId="58D16E8F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962269A" w14:textId="77777777" w:rsidR="00A01A9D" w:rsidRDefault="00A01A9D" w:rsidP="004929D2">
            <w:pPr>
              <w:jc w:val="center"/>
            </w:pPr>
            <w:r>
              <w:rPr>
                <w:b/>
                <w:sz w:val="20"/>
              </w:rPr>
              <w:lastRenderedPageBreak/>
              <w:t>10:55–11:15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56FBC89" w14:textId="19F058F7" w:rsidR="00A01A9D" w:rsidRDefault="00983CC0" w:rsidP="004929D2">
            <w:proofErr w:type="spellStart"/>
            <w:r w:rsidRPr="00983CC0">
              <w:rPr>
                <w:b/>
                <w:sz w:val="20"/>
              </w:rPr>
              <w:t>Пленарлық</w:t>
            </w:r>
            <w:proofErr w:type="spellEnd"/>
            <w:r w:rsidRPr="00983CC0">
              <w:rPr>
                <w:b/>
                <w:sz w:val="20"/>
              </w:rPr>
              <w:t xml:space="preserve"> </w:t>
            </w:r>
            <w:proofErr w:type="spellStart"/>
            <w:r w:rsidRPr="00983CC0">
              <w:rPr>
                <w:b/>
                <w:sz w:val="20"/>
              </w:rPr>
              <w:t>баяндама</w:t>
            </w:r>
            <w:proofErr w:type="spellEnd"/>
          </w:p>
        </w:tc>
        <w:tc>
          <w:tcPr>
            <w:tcW w:w="5160" w:type="dxa"/>
            <w:gridSpan w:val="3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2355DE6" w14:textId="77777777" w:rsidR="00983CC0" w:rsidRPr="00983CC0" w:rsidRDefault="00A01A9D" w:rsidP="00983CC0">
            <w:pPr>
              <w:rPr>
                <w:sz w:val="20"/>
              </w:rPr>
            </w:pPr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Кульжанов</w:t>
            </w:r>
            <w:proofErr w:type="spellEnd"/>
            <w:r w:rsidRPr="00983CC0">
              <w:rPr>
                <w:b/>
                <w:bCs/>
                <w:sz w:val="24"/>
                <w:szCs w:val="24"/>
              </w:rPr>
              <w:t xml:space="preserve"> </w:t>
            </w:r>
            <w:r w:rsidRPr="004929D2">
              <w:rPr>
                <w:b/>
                <w:bCs/>
                <w:sz w:val="24"/>
                <w:szCs w:val="24"/>
                <w:lang w:val="ru-RU"/>
              </w:rPr>
              <w:t>Максут</w:t>
            </w:r>
            <w:r w:rsidRPr="00983CC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Каримович</w:t>
            </w:r>
            <w:proofErr w:type="spellEnd"/>
            <w:r w:rsidRPr="00983CC0">
              <w:rPr>
                <w:sz w:val="20"/>
              </w:rPr>
              <w:t xml:space="preserve"> </w:t>
            </w:r>
            <w:r w:rsidR="00983CC0" w:rsidRPr="00983CC0">
              <w:rPr>
                <w:sz w:val="20"/>
              </w:rPr>
              <w:t xml:space="preserve">— </w:t>
            </w:r>
            <w:r w:rsidR="00983CC0" w:rsidRPr="00983CC0">
              <w:rPr>
                <w:sz w:val="20"/>
                <w:lang w:val="ru-RU"/>
              </w:rPr>
              <w:t>медицина</w:t>
            </w:r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ғылымдарының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докторы</w:t>
            </w:r>
            <w:proofErr w:type="spellEnd"/>
            <w:r w:rsidR="00983CC0" w:rsidRPr="00983CC0">
              <w:rPr>
                <w:sz w:val="20"/>
              </w:rPr>
              <w:t xml:space="preserve">, </w:t>
            </w:r>
            <w:r w:rsidR="00983CC0" w:rsidRPr="00983CC0">
              <w:rPr>
                <w:sz w:val="20"/>
                <w:lang w:val="ru-RU"/>
              </w:rPr>
              <w:t>профессор</w:t>
            </w:r>
            <w:r w:rsidR="00983CC0" w:rsidRPr="00983CC0">
              <w:rPr>
                <w:sz w:val="20"/>
              </w:rPr>
              <w:t xml:space="preserve">, </w:t>
            </w:r>
            <w:r w:rsidR="00983CC0" w:rsidRPr="00983CC0">
              <w:rPr>
                <w:sz w:val="20"/>
                <w:lang w:val="ru-RU"/>
              </w:rPr>
              <w:t>С</w:t>
            </w:r>
            <w:r w:rsidR="00983CC0" w:rsidRPr="00983CC0">
              <w:rPr>
                <w:sz w:val="20"/>
              </w:rPr>
              <w:t xml:space="preserve">. </w:t>
            </w:r>
            <w:r w:rsidR="00983CC0" w:rsidRPr="00983CC0">
              <w:rPr>
                <w:sz w:val="20"/>
                <w:lang w:val="ru-RU"/>
              </w:rPr>
              <w:t>Д</w:t>
            </w:r>
            <w:r w:rsidR="00983CC0" w:rsidRPr="00983CC0">
              <w:rPr>
                <w:sz w:val="20"/>
              </w:rPr>
              <w:t xml:space="preserve">. </w:t>
            </w:r>
            <w:proofErr w:type="spellStart"/>
            <w:r w:rsidR="00983CC0" w:rsidRPr="00983CC0">
              <w:rPr>
                <w:sz w:val="20"/>
                <w:lang w:val="ru-RU"/>
              </w:rPr>
              <w:t>Асфендияров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атындағы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ҚазҰМУ</w:t>
            </w:r>
            <w:proofErr w:type="spellEnd"/>
            <w:r w:rsidR="00983CC0" w:rsidRPr="00983CC0">
              <w:rPr>
                <w:sz w:val="20"/>
              </w:rPr>
              <w:t>-</w:t>
            </w:r>
            <w:proofErr w:type="spellStart"/>
            <w:r w:rsidR="00983CC0" w:rsidRPr="00983CC0">
              <w:rPr>
                <w:sz w:val="20"/>
                <w:lang w:val="ru-RU"/>
              </w:rPr>
              <w:t>дың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денсаулық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сақтау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саясаты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және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менеджменті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кафедрасының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r w:rsidR="00983CC0" w:rsidRPr="00983CC0">
              <w:rPr>
                <w:sz w:val="20"/>
                <w:lang w:val="ru-RU"/>
              </w:rPr>
              <w:t>профессоры</w:t>
            </w:r>
            <w:r w:rsidR="00983CC0" w:rsidRPr="00983CC0">
              <w:rPr>
                <w:sz w:val="20"/>
              </w:rPr>
              <w:t>.</w:t>
            </w:r>
          </w:p>
          <w:p w14:paraId="64601EBD" w14:textId="77777777" w:rsidR="00983CC0" w:rsidRPr="00983CC0" w:rsidRDefault="00983CC0" w:rsidP="00983CC0">
            <w:pPr>
              <w:rPr>
                <w:sz w:val="20"/>
              </w:rPr>
            </w:pPr>
          </w:p>
          <w:p w14:paraId="1D02E67D" w14:textId="264A6E91" w:rsidR="00A01A9D" w:rsidRPr="00983CC0" w:rsidRDefault="00983CC0" w:rsidP="008A65C5">
            <w:pPr>
              <w:rPr>
                <w:b/>
                <w:bCs/>
              </w:rPr>
            </w:pPr>
            <w:proofErr w:type="spellStart"/>
            <w:r w:rsidRPr="00983CC0">
              <w:rPr>
                <w:sz w:val="20"/>
                <w:lang w:val="ru-RU"/>
              </w:rPr>
              <w:t>Тақырыбы</w:t>
            </w:r>
            <w:proofErr w:type="spellEnd"/>
            <w:r w:rsidRPr="00983CC0">
              <w:rPr>
                <w:sz w:val="20"/>
              </w:rPr>
              <w:t>:</w:t>
            </w:r>
            <w:r w:rsidR="008A65C5">
              <w:rPr>
                <w:sz w:val="20"/>
                <w:lang w:val="kk-KZ"/>
              </w:rPr>
              <w:t xml:space="preserve"> </w:t>
            </w:r>
            <w:r w:rsidRPr="00983CC0">
              <w:rPr>
                <w:b/>
                <w:bCs/>
                <w:sz w:val="20"/>
              </w:rPr>
              <w:t>«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Денсаулық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сақтау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жүйесіндегі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заманауи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реформалар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жағдайында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медициналық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көмектің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сапасы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r w:rsidRPr="00983CC0">
              <w:rPr>
                <w:b/>
                <w:bCs/>
                <w:sz w:val="20"/>
                <w:lang w:val="ru-RU"/>
              </w:rPr>
              <w:t>мен</w:t>
            </w:r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пациенттердің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қауіпсіздігі</w:t>
            </w:r>
            <w:proofErr w:type="spellEnd"/>
            <w:r w:rsidRPr="00983CC0">
              <w:rPr>
                <w:b/>
                <w:bCs/>
                <w:sz w:val="20"/>
              </w:rPr>
              <w:t xml:space="preserve">: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ұлттық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және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халықаралық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тәсілдер</w:t>
            </w:r>
            <w:proofErr w:type="spellEnd"/>
            <w:r w:rsidRPr="00983CC0">
              <w:rPr>
                <w:b/>
                <w:bCs/>
                <w:sz w:val="20"/>
              </w:rPr>
              <w:t>»</w:t>
            </w:r>
            <w:r w:rsidRPr="00983CC0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623" w:type="dxa"/>
            <w:gridSpan w:val="4"/>
            <w:vAlign w:val="center"/>
          </w:tcPr>
          <w:p w14:paraId="758B449B" w14:textId="3580AE4F" w:rsidR="00A01A9D" w:rsidRPr="006E5DDF" w:rsidRDefault="00A01A9D" w:rsidP="004929D2">
            <w:pPr>
              <w:rPr>
                <w:lang w:val="ru-RU"/>
              </w:rPr>
            </w:pPr>
            <w:r w:rsidRPr="00A01A9D">
              <w:rPr>
                <w:rFonts w:ascii="Calibri" w:eastAsia="Calibri" w:hAnsi="Calibri" w:cs="Calibri"/>
                <w:noProof/>
                <w:sz w:val="22"/>
                <w:lang w:val="ru-RU"/>
              </w:rPr>
              <w:drawing>
                <wp:inline distT="0" distB="0" distL="0" distR="0" wp14:anchorId="24ABD53B" wp14:editId="6F200BAD">
                  <wp:extent cx="1853565" cy="2025650"/>
                  <wp:effectExtent l="0" t="0" r="0" b="0"/>
                  <wp:docPr id="3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3565" cy="202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5288" w:rsidRPr="00C85B12" w14:paraId="68CED3C5" w14:textId="0B5556C4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68C306C" w14:textId="77777777" w:rsidR="006C5288" w:rsidRDefault="006C5288" w:rsidP="004929D2">
            <w:pPr>
              <w:jc w:val="center"/>
            </w:pPr>
            <w:r>
              <w:rPr>
                <w:b/>
                <w:sz w:val="20"/>
              </w:rPr>
              <w:t>11:25–11:45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B2A5D1F" w14:textId="72DB5D6C" w:rsidR="006C5288" w:rsidRDefault="00983CC0" w:rsidP="004929D2">
            <w:proofErr w:type="spellStart"/>
            <w:r w:rsidRPr="00983CC0">
              <w:rPr>
                <w:b/>
                <w:sz w:val="20"/>
              </w:rPr>
              <w:t>Пленарлық</w:t>
            </w:r>
            <w:proofErr w:type="spellEnd"/>
            <w:r w:rsidRPr="00983CC0">
              <w:rPr>
                <w:b/>
                <w:sz w:val="20"/>
              </w:rPr>
              <w:t xml:space="preserve"> </w:t>
            </w:r>
            <w:proofErr w:type="spellStart"/>
            <w:r w:rsidRPr="00983CC0">
              <w:rPr>
                <w:b/>
                <w:sz w:val="20"/>
              </w:rPr>
              <w:t>баяндама</w:t>
            </w:r>
            <w:proofErr w:type="spellEnd"/>
          </w:p>
        </w:tc>
        <w:tc>
          <w:tcPr>
            <w:tcW w:w="5160" w:type="dxa"/>
            <w:gridSpan w:val="3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1B6279F" w14:textId="77777777" w:rsidR="00983CC0" w:rsidRPr="00983CC0" w:rsidRDefault="006C5288" w:rsidP="00983CC0">
            <w:pPr>
              <w:rPr>
                <w:sz w:val="20"/>
              </w:rPr>
            </w:pPr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Пернебаев</w:t>
            </w:r>
            <w:proofErr w:type="spellEnd"/>
            <w:r w:rsidRPr="00983CC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Галым</w:t>
            </w:r>
            <w:proofErr w:type="spellEnd"/>
            <w:r w:rsidRPr="00983CC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Жумабаевич</w:t>
            </w:r>
            <w:proofErr w:type="spellEnd"/>
            <w:r w:rsidRPr="00983CC0">
              <w:rPr>
                <w:sz w:val="20"/>
              </w:rPr>
              <w:t xml:space="preserve"> — </w:t>
            </w:r>
            <w:proofErr w:type="spellStart"/>
            <w:r w:rsidR="00983CC0" w:rsidRPr="00983CC0">
              <w:rPr>
                <w:sz w:val="20"/>
                <w:lang w:val="ru-RU"/>
              </w:rPr>
              <w:t>конференцияның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серіктесі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және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ұйымдастырушысы</w:t>
            </w:r>
            <w:proofErr w:type="spellEnd"/>
            <w:r w:rsidR="00983CC0" w:rsidRPr="00983CC0">
              <w:rPr>
                <w:sz w:val="20"/>
              </w:rPr>
              <w:t xml:space="preserve">, </w:t>
            </w:r>
            <w:r w:rsidR="00983CC0" w:rsidRPr="00983CC0">
              <w:rPr>
                <w:sz w:val="20"/>
                <w:lang w:val="ru-RU"/>
              </w:rPr>
              <w:t>профессор</w:t>
            </w:r>
            <w:r w:rsidR="00983CC0" w:rsidRPr="00983CC0">
              <w:rPr>
                <w:sz w:val="20"/>
              </w:rPr>
              <w:t xml:space="preserve">, MBA </w:t>
            </w:r>
            <w:proofErr w:type="spellStart"/>
            <w:r w:rsidR="00983CC0" w:rsidRPr="00983CC0">
              <w:rPr>
                <w:sz w:val="20"/>
                <w:lang w:val="ru-RU"/>
              </w:rPr>
              <w:t>магистрі</w:t>
            </w:r>
            <w:proofErr w:type="spellEnd"/>
            <w:r w:rsidR="00983CC0" w:rsidRPr="00983CC0">
              <w:rPr>
                <w:sz w:val="20"/>
              </w:rPr>
              <w:t>, «</w:t>
            </w:r>
            <w:proofErr w:type="spellStart"/>
            <w:r w:rsidR="00983CC0" w:rsidRPr="00983CC0">
              <w:rPr>
                <w:sz w:val="20"/>
                <w:lang w:val="ru-RU"/>
              </w:rPr>
              <w:t>Республикалық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медициналық</w:t>
            </w:r>
            <w:proofErr w:type="spellEnd"/>
            <w:r w:rsidR="00983CC0" w:rsidRPr="00983CC0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академияның</w:t>
            </w:r>
            <w:proofErr w:type="spellEnd"/>
            <w:r w:rsidR="00983CC0" w:rsidRPr="00983CC0">
              <w:rPr>
                <w:sz w:val="20"/>
              </w:rPr>
              <w:t xml:space="preserve">» </w:t>
            </w:r>
            <w:r w:rsidR="00983CC0" w:rsidRPr="00983CC0">
              <w:rPr>
                <w:sz w:val="20"/>
                <w:lang w:val="ru-RU"/>
              </w:rPr>
              <w:t>ректоры</w:t>
            </w:r>
            <w:r w:rsidR="00983CC0" w:rsidRPr="00983CC0">
              <w:rPr>
                <w:sz w:val="20"/>
              </w:rPr>
              <w:t>.</w:t>
            </w:r>
          </w:p>
          <w:p w14:paraId="441ABF5A" w14:textId="77777777" w:rsidR="00983CC0" w:rsidRPr="00983CC0" w:rsidRDefault="00983CC0" w:rsidP="00983CC0">
            <w:pPr>
              <w:rPr>
                <w:sz w:val="20"/>
              </w:rPr>
            </w:pPr>
          </w:p>
          <w:p w14:paraId="6E846976" w14:textId="095E4F3F" w:rsidR="006C5288" w:rsidRPr="00983CC0" w:rsidRDefault="00983CC0" w:rsidP="008A65C5">
            <w:pPr>
              <w:rPr>
                <w:b/>
                <w:bCs/>
              </w:rPr>
            </w:pPr>
            <w:proofErr w:type="spellStart"/>
            <w:r w:rsidRPr="00983CC0">
              <w:rPr>
                <w:sz w:val="20"/>
                <w:lang w:val="ru-RU"/>
              </w:rPr>
              <w:t>Тақырыбы</w:t>
            </w:r>
            <w:proofErr w:type="spellEnd"/>
            <w:r w:rsidRPr="00983CC0">
              <w:rPr>
                <w:sz w:val="20"/>
              </w:rPr>
              <w:t>:</w:t>
            </w:r>
            <w:r w:rsidR="008A65C5">
              <w:rPr>
                <w:sz w:val="20"/>
                <w:lang w:val="kk-KZ"/>
              </w:rPr>
              <w:t xml:space="preserve"> </w:t>
            </w:r>
            <w:r w:rsidRPr="00983CC0">
              <w:rPr>
                <w:b/>
                <w:bCs/>
                <w:sz w:val="20"/>
              </w:rPr>
              <w:t>«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Медициналық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білім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r w:rsidRPr="00983CC0">
              <w:rPr>
                <w:b/>
                <w:bCs/>
                <w:sz w:val="20"/>
                <w:lang w:val="ru-RU"/>
              </w:rPr>
              <w:t>беру</w:t>
            </w:r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сапасы</w:t>
            </w:r>
            <w:proofErr w:type="spellEnd"/>
            <w:r w:rsidRPr="00983CC0">
              <w:rPr>
                <w:b/>
                <w:bCs/>
                <w:sz w:val="20"/>
              </w:rPr>
              <w:t xml:space="preserve"> —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денсаулық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сақтау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жүйесінің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тұрақты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дамуы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r w:rsidRPr="00983CC0">
              <w:rPr>
                <w:b/>
                <w:bCs/>
                <w:sz w:val="20"/>
                <w:lang w:val="ru-RU"/>
              </w:rPr>
              <w:t>мен</w:t>
            </w:r>
            <w:r w:rsidRPr="00983CC0">
              <w:rPr>
                <w:b/>
                <w:bCs/>
                <w:sz w:val="20"/>
              </w:rPr>
              <w:t xml:space="preserve"> </w:t>
            </w:r>
            <w:r w:rsidRPr="00983CC0">
              <w:rPr>
                <w:b/>
                <w:bCs/>
                <w:sz w:val="20"/>
                <w:lang w:val="ru-RU"/>
              </w:rPr>
              <w:t>пациент</w:t>
            </w:r>
            <w:r w:rsidRPr="00983CC0">
              <w:rPr>
                <w:b/>
                <w:bCs/>
                <w:sz w:val="20"/>
              </w:rPr>
              <w:t xml:space="preserve"> </w:t>
            </w:r>
            <w:proofErr w:type="spellStart"/>
            <w:r w:rsidRPr="00983CC0">
              <w:rPr>
                <w:b/>
                <w:bCs/>
                <w:sz w:val="20"/>
                <w:lang w:val="ru-RU"/>
              </w:rPr>
              <w:t>қауіпсіздігінің</w:t>
            </w:r>
            <w:proofErr w:type="spellEnd"/>
            <w:r w:rsidRPr="00983CC0">
              <w:rPr>
                <w:b/>
                <w:bCs/>
                <w:sz w:val="20"/>
              </w:rPr>
              <w:t xml:space="preserve"> </w:t>
            </w:r>
            <w:r w:rsidRPr="00983CC0">
              <w:rPr>
                <w:b/>
                <w:bCs/>
                <w:sz w:val="20"/>
                <w:lang w:val="ru-RU"/>
              </w:rPr>
              <w:t>факторы</w:t>
            </w:r>
            <w:r w:rsidRPr="00983CC0">
              <w:rPr>
                <w:b/>
                <w:bCs/>
                <w:sz w:val="20"/>
              </w:rPr>
              <w:t>»</w:t>
            </w:r>
            <w:r w:rsidRPr="00983CC0">
              <w:rPr>
                <w:b/>
                <w:bCs/>
                <w:sz w:val="20"/>
              </w:rPr>
              <w:t>.</w:t>
            </w:r>
          </w:p>
        </w:tc>
        <w:tc>
          <w:tcPr>
            <w:tcW w:w="2623" w:type="dxa"/>
            <w:gridSpan w:val="4"/>
            <w:vAlign w:val="center"/>
          </w:tcPr>
          <w:p w14:paraId="63EE47D6" w14:textId="178D9C3F" w:rsidR="006C5288" w:rsidRPr="006E5DDF" w:rsidRDefault="00BA1C52" w:rsidP="004929D2">
            <w:pPr>
              <w:rPr>
                <w:lang w:val="ru-RU"/>
              </w:rPr>
            </w:pPr>
            <w:r w:rsidRPr="00BA1C52">
              <w:rPr>
                <w:rFonts w:ascii="Calibri" w:eastAsia="Calibri" w:hAnsi="Calibri" w:cs="Calibri"/>
                <w:noProof/>
                <w:sz w:val="22"/>
                <w:lang w:val="ru-RU"/>
              </w:rPr>
              <w:drawing>
                <wp:inline distT="0" distB="0" distL="0" distR="0" wp14:anchorId="2EAFE5CB" wp14:editId="441F0502">
                  <wp:extent cx="1546860" cy="17907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86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0EBE" w:rsidRPr="00C85B12" w14:paraId="002F2D59" w14:textId="4136CEC7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19F08CD" w14:textId="77777777" w:rsidR="007D0EBE" w:rsidRDefault="007D0EBE" w:rsidP="004929D2">
            <w:pPr>
              <w:jc w:val="center"/>
            </w:pPr>
            <w:r>
              <w:rPr>
                <w:b/>
                <w:sz w:val="20"/>
              </w:rPr>
              <w:t>11:50–12:10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D219151" w14:textId="32FB113B" w:rsidR="007D0EBE" w:rsidRDefault="00983CC0" w:rsidP="004929D2">
            <w:proofErr w:type="spellStart"/>
            <w:r w:rsidRPr="00983CC0">
              <w:rPr>
                <w:b/>
                <w:sz w:val="20"/>
              </w:rPr>
              <w:t>Халықаралық</w:t>
            </w:r>
            <w:proofErr w:type="spellEnd"/>
            <w:r w:rsidRPr="00983CC0">
              <w:rPr>
                <w:b/>
                <w:sz w:val="20"/>
              </w:rPr>
              <w:t xml:space="preserve"> </w:t>
            </w:r>
            <w:proofErr w:type="spellStart"/>
            <w:r w:rsidRPr="00983CC0">
              <w:rPr>
                <w:b/>
                <w:sz w:val="20"/>
              </w:rPr>
              <w:t>баяндама</w:t>
            </w:r>
            <w:proofErr w:type="spellEnd"/>
          </w:p>
        </w:tc>
        <w:tc>
          <w:tcPr>
            <w:tcW w:w="5148" w:type="dxa"/>
            <w:gridSpan w:val="2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72EF69F" w14:textId="1CBD5E7E" w:rsidR="00983CC0" w:rsidRPr="008A65C5" w:rsidRDefault="007D0EBE" w:rsidP="00983CC0">
            <w:pPr>
              <w:rPr>
                <w:sz w:val="20"/>
              </w:rPr>
            </w:pPr>
            <w:r w:rsidRPr="004929D2">
              <w:rPr>
                <w:b/>
                <w:bCs/>
                <w:sz w:val="24"/>
                <w:szCs w:val="24"/>
                <w:lang w:val="ru-RU"/>
              </w:rPr>
              <w:t>Ибрагим</w:t>
            </w:r>
            <w:r w:rsidRPr="008A65C5">
              <w:rPr>
                <w:b/>
                <w:bCs/>
                <w:sz w:val="24"/>
                <w:szCs w:val="24"/>
              </w:rPr>
              <w:t xml:space="preserve"> </w:t>
            </w:r>
            <w:r w:rsidRPr="004929D2">
              <w:rPr>
                <w:b/>
                <w:bCs/>
                <w:sz w:val="24"/>
                <w:szCs w:val="24"/>
                <w:lang w:val="ru-RU"/>
              </w:rPr>
              <w:t>Халил</w:t>
            </w:r>
            <w:r w:rsidRPr="008A65C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929D2">
              <w:rPr>
                <w:b/>
                <w:bCs/>
                <w:sz w:val="24"/>
                <w:szCs w:val="24"/>
                <w:lang w:val="ru-RU"/>
              </w:rPr>
              <w:t>Кайрал</w:t>
            </w:r>
            <w:proofErr w:type="spellEnd"/>
            <w:r w:rsidRPr="008A65C5">
              <w:rPr>
                <w:b/>
                <w:bCs/>
                <w:sz w:val="24"/>
                <w:szCs w:val="24"/>
              </w:rPr>
              <w:t xml:space="preserve"> </w:t>
            </w:r>
            <w:r w:rsidRPr="008A65C5">
              <w:rPr>
                <w:sz w:val="20"/>
              </w:rPr>
              <w:t>—</w:t>
            </w:r>
            <w:r w:rsidR="00983CC0">
              <w:t xml:space="preserve"> </w:t>
            </w:r>
            <w:r w:rsidR="00983CC0" w:rsidRPr="008A65C5">
              <w:rPr>
                <w:sz w:val="20"/>
              </w:rPr>
              <w:t xml:space="preserve">BSc, MBA, PhD, </w:t>
            </w:r>
            <w:r w:rsidR="00983CC0" w:rsidRPr="00983CC0">
              <w:rPr>
                <w:sz w:val="20"/>
                <w:lang w:val="ru-RU"/>
              </w:rPr>
              <w:t>доцент</w:t>
            </w:r>
            <w:r w:rsidR="00983CC0" w:rsidRPr="008A65C5">
              <w:rPr>
                <w:sz w:val="20"/>
              </w:rPr>
              <w:t xml:space="preserve">, </w:t>
            </w:r>
            <w:r w:rsidR="00983CC0" w:rsidRPr="00983CC0">
              <w:rPr>
                <w:sz w:val="20"/>
                <w:lang w:val="ru-RU"/>
              </w:rPr>
              <w:t>Измир</w:t>
            </w:r>
            <w:r w:rsidR="00983CC0" w:rsidRPr="008A65C5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Бакырчай</w:t>
            </w:r>
            <w:proofErr w:type="spellEnd"/>
            <w:r w:rsidR="00983CC0" w:rsidRPr="008A65C5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университеті</w:t>
            </w:r>
            <w:proofErr w:type="spellEnd"/>
            <w:r w:rsidR="00983CC0" w:rsidRPr="008A65C5">
              <w:rPr>
                <w:sz w:val="20"/>
              </w:rPr>
              <w:t xml:space="preserve">, </w:t>
            </w:r>
            <w:proofErr w:type="spellStart"/>
            <w:r w:rsidR="00983CC0" w:rsidRPr="00983CC0">
              <w:rPr>
                <w:sz w:val="20"/>
                <w:lang w:val="ru-RU"/>
              </w:rPr>
              <w:t>денсаулық</w:t>
            </w:r>
            <w:proofErr w:type="spellEnd"/>
            <w:r w:rsidR="00983CC0" w:rsidRPr="008A65C5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сақтауды</w:t>
            </w:r>
            <w:proofErr w:type="spellEnd"/>
            <w:r w:rsidR="00983CC0" w:rsidRPr="008A65C5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басқару</w:t>
            </w:r>
            <w:proofErr w:type="spellEnd"/>
            <w:r w:rsidR="00983CC0" w:rsidRPr="008A65C5">
              <w:rPr>
                <w:sz w:val="20"/>
              </w:rPr>
              <w:t xml:space="preserve"> </w:t>
            </w:r>
            <w:proofErr w:type="spellStart"/>
            <w:r w:rsidR="00983CC0" w:rsidRPr="00983CC0">
              <w:rPr>
                <w:sz w:val="20"/>
                <w:lang w:val="ru-RU"/>
              </w:rPr>
              <w:t>департаменті</w:t>
            </w:r>
            <w:proofErr w:type="spellEnd"/>
            <w:r w:rsidR="00983CC0" w:rsidRPr="008A65C5">
              <w:rPr>
                <w:sz w:val="20"/>
              </w:rPr>
              <w:t xml:space="preserve"> (</w:t>
            </w:r>
            <w:proofErr w:type="spellStart"/>
            <w:r w:rsidR="00983CC0" w:rsidRPr="00983CC0">
              <w:rPr>
                <w:sz w:val="20"/>
                <w:lang w:val="ru-RU"/>
              </w:rPr>
              <w:t>Түркия</w:t>
            </w:r>
            <w:proofErr w:type="spellEnd"/>
            <w:r w:rsidR="00983CC0" w:rsidRPr="008A65C5">
              <w:rPr>
                <w:sz w:val="20"/>
              </w:rPr>
              <w:t>).</w:t>
            </w:r>
          </w:p>
          <w:p w14:paraId="6FB7FF9C" w14:textId="77777777" w:rsidR="00983CC0" w:rsidRPr="008A65C5" w:rsidRDefault="00983CC0" w:rsidP="00983CC0">
            <w:pPr>
              <w:rPr>
                <w:sz w:val="20"/>
              </w:rPr>
            </w:pPr>
          </w:p>
          <w:p w14:paraId="2BCA2C6F" w14:textId="0CD9AB14" w:rsidR="00983CC0" w:rsidRPr="008A65C5" w:rsidRDefault="00983CC0" w:rsidP="00983CC0">
            <w:pPr>
              <w:rPr>
                <w:sz w:val="20"/>
              </w:rPr>
            </w:pPr>
            <w:r w:rsidRPr="00983CC0">
              <w:rPr>
                <w:sz w:val="20"/>
                <w:lang w:val="ru-RU"/>
              </w:rPr>
              <w:t>Ибрагим</w:t>
            </w:r>
            <w:r w:rsidRPr="008A65C5">
              <w:rPr>
                <w:sz w:val="20"/>
              </w:rPr>
              <w:t xml:space="preserve"> </w:t>
            </w:r>
            <w:r w:rsidRPr="00983CC0">
              <w:rPr>
                <w:sz w:val="20"/>
                <w:lang w:val="ru-RU"/>
              </w:rPr>
              <w:t>Х</w:t>
            </w:r>
            <w:r w:rsidRPr="008A65C5">
              <w:rPr>
                <w:sz w:val="20"/>
              </w:rPr>
              <w:t xml:space="preserve">. </w:t>
            </w:r>
            <w:proofErr w:type="spellStart"/>
            <w:r w:rsidRPr="00983CC0">
              <w:rPr>
                <w:sz w:val="20"/>
                <w:lang w:val="ru-RU"/>
              </w:rPr>
              <w:t>Кайрал</w:t>
            </w:r>
            <w:proofErr w:type="spellEnd"/>
            <w:r w:rsidRPr="008A65C5">
              <w:rPr>
                <w:sz w:val="20"/>
              </w:rPr>
              <w:t xml:space="preserve"> — </w:t>
            </w:r>
            <w:r w:rsidRPr="00983CC0">
              <w:rPr>
                <w:sz w:val="20"/>
                <w:lang w:val="ru-RU"/>
              </w:rPr>
              <w:t>пациент</w:t>
            </w:r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қауіпсіздігі</w:t>
            </w:r>
            <w:proofErr w:type="spellEnd"/>
            <w:r w:rsidRPr="008A65C5">
              <w:rPr>
                <w:sz w:val="20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денсаулық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сақтау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сапасы</w:t>
            </w:r>
            <w:proofErr w:type="spellEnd"/>
            <w:r w:rsidRPr="008A65C5">
              <w:rPr>
                <w:sz w:val="20"/>
              </w:rPr>
              <w:t xml:space="preserve">, </w:t>
            </w:r>
            <w:r w:rsidRPr="00983CC0">
              <w:rPr>
                <w:sz w:val="20"/>
                <w:lang w:val="ru-RU"/>
              </w:rPr>
              <w:t>аккредитация</w:t>
            </w:r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жүйелері</w:t>
            </w:r>
            <w:proofErr w:type="spellEnd"/>
            <w:r w:rsidRPr="008A65C5">
              <w:rPr>
                <w:sz w:val="20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тиімділікті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басқару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және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стратегиялық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көшбасшылық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салаларында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үлкен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тәжірибесі</w:t>
            </w:r>
            <w:proofErr w:type="spellEnd"/>
            <w:r w:rsidRPr="008A65C5">
              <w:rPr>
                <w:sz w:val="20"/>
              </w:rPr>
              <w:t xml:space="preserve"> </w:t>
            </w:r>
            <w:r w:rsidRPr="00983CC0">
              <w:rPr>
                <w:sz w:val="20"/>
                <w:lang w:val="ru-RU"/>
              </w:rPr>
              <w:t>бар</w:t>
            </w:r>
            <w:r w:rsidRPr="008A65C5">
              <w:rPr>
                <w:sz w:val="20"/>
              </w:rPr>
              <w:t xml:space="preserve"> </w:t>
            </w:r>
            <w:r w:rsidRPr="00983CC0">
              <w:rPr>
                <w:sz w:val="20"/>
                <w:lang w:val="ru-RU"/>
              </w:rPr>
              <w:t>маман</w:t>
            </w:r>
            <w:r w:rsidRPr="008A65C5">
              <w:rPr>
                <w:sz w:val="20"/>
              </w:rPr>
              <w:t xml:space="preserve">. </w:t>
            </w:r>
            <w:proofErr w:type="spellStart"/>
            <w:r w:rsidRPr="00983CC0">
              <w:rPr>
                <w:sz w:val="20"/>
                <w:lang w:val="ru-RU"/>
              </w:rPr>
              <w:t>Оның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кәсіби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қызметі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ұлттық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денсаулық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сақтау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саясатын</w:t>
            </w:r>
            <w:proofErr w:type="spellEnd"/>
            <w:r w:rsidRPr="008A65C5">
              <w:rPr>
                <w:sz w:val="20"/>
              </w:rPr>
              <w:t xml:space="preserve">, </w:t>
            </w:r>
            <w:proofErr w:type="spellStart"/>
            <w:r w:rsidRPr="00983CC0">
              <w:rPr>
                <w:sz w:val="20"/>
                <w:lang w:val="ru-RU"/>
              </w:rPr>
              <w:t>медициналық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ұйымдар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деңгейінде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сапаны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үйлестіруді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және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академиялық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зерттеулерді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983CC0">
              <w:rPr>
                <w:sz w:val="20"/>
                <w:lang w:val="ru-RU"/>
              </w:rPr>
              <w:t>қамтиды</w:t>
            </w:r>
            <w:proofErr w:type="spellEnd"/>
            <w:r w:rsidRPr="008A65C5">
              <w:rPr>
                <w:sz w:val="20"/>
              </w:rPr>
              <w:t>.</w:t>
            </w:r>
          </w:p>
          <w:p w14:paraId="55C1A04A" w14:textId="18ACD05C" w:rsidR="007D0EBE" w:rsidRPr="008A65C5" w:rsidRDefault="00983CC0" w:rsidP="008A65C5">
            <w:pPr>
              <w:rPr>
                <w:b/>
                <w:bCs/>
              </w:rPr>
            </w:pPr>
            <w:proofErr w:type="spellStart"/>
            <w:r w:rsidRPr="00983CC0">
              <w:rPr>
                <w:sz w:val="20"/>
                <w:lang w:val="ru-RU"/>
              </w:rPr>
              <w:t>Тақырыбы</w:t>
            </w:r>
            <w:proofErr w:type="spellEnd"/>
            <w:r w:rsidRPr="008A65C5">
              <w:rPr>
                <w:sz w:val="20"/>
              </w:rPr>
              <w:t>:</w:t>
            </w:r>
            <w:r w:rsidR="008A65C5">
              <w:rPr>
                <w:sz w:val="20"/>
                <w:lang w:val="kk-KZ"/>
              </w:rPr>
              <w:t xml:space="preserve"> </w:t>
            </w:r>
            <w:r w:rsidRPr="008A65C5">
              <w:rPr>
                <w:b/>
                <w:bCs/>
                <w:sz w:val="20"/>
              </w:rPr>
              <w:t>«</w:t>
            </w:r>
            <w:r w:rsidRPr="008A65C5">
              <w:rPr>
                <w:b/>
                <w:bCs/>
                <w:sz w:val="20"/>
                <w:lang w:val="ru-RU"/>
              </w:rPr>
              <w:t>Пациент</w:t>
            </w:r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қауіпсіздігі</w:t>
            </w:r>
            <w:proofErr w:type="spellEnd"/>
            <w:r w:rsidRPr="008A65C5">
              <w:rPr>
                <w:b/>
                <w:bCs/>
                <w:sz w:val="20"/>
              </w:rPr>
              <w:t xml:space="preserve"> —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бәсекеге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қабілеттіліктің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r w:rsidRPr="008A65C5">
              <w:rPr>
                <w:b/>
                <w:bCs/>
                <w:sz w:val="20"/>
                <w:lang w:val="ru-RU"/>
              </w:rPr>
              <w:t>факторы</w:t>
            </w:r>
            <w:r w:rsidRPr="008A65C5">
              <w:rPr>
                <w:b/>
                <w:bCs/>
                <w:sz w:val="20"/>
              </w:rPr>
              <w:t>»</w:t>
            </w:r>
            <w:r w:rsidRPr="008A65C5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635" w:type="dxa"/>
            <w:gridSpan w:val="5"/>
            <w:vAlign w:val="center"/>
          </w:tcPr>
          <w:p w14:paraId="6EA77B76" w14:textId="7A989ACA" w:rsidR="007D0EBE" w:rsidRPr="006E5DDF" w:rsidRDefault="00C91813" w:rsidP="004929D2">
            <w:pPr>
              <w:rPr>
                <w:lang w:val="ru-RU"/>
              </w:rPr>
            </w:pPr>
            <w:r w:rsidRPr="00C91813">
              <w:rPr>
                <w:rFonts w:ascii="Calibri" w:eastAsia="Calibri" w:hAnsi="Calibri" w:cs="Calibri"/>
                <w:noProof/>
                <w:sz w:val="22"/>
                <w:lang w:val="ru-RU"/>
              </w:rPr>
              <w:drawing>
                <wp:inline distT="0" distB="0" distL="0" distR="0" wp14:anchorId="4B772A79" wp14:editId="43FAAC2C">
                  <wp:extent cx="1631950" cy="1769110"/>
                  <wp:effectExtent l="0" t="0" r="6350" b="254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950" cy="1769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0C1" w:rsidRPr="00C85B12" w14:paraId="49C19CF2" w14:textId="01096D40" w:rsidTr="007910C1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CEB697A" w14:textId="77777777" w:rsidR="007910C1" w:rsidRDefault="007910C1" w:rsidP="004929D2">
            <w:pPr>
              <w:jc w:val="center"/>
            </w:pPr>
            <w:r>
              <w:rPr>
                <w:b/>
                <w:sz w:val="20"/>
              </w:rPr>
              <w:t>12:15–12:35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E3A455C" w14:textId="5FE3D9A3" w:rsidR="007910C1" w:rsidRDefault="00983CC0" w:rsidP="004929D2">
            <w:proofErr w:type="spellStart"/>
            <w:r w:rsidRPr="00983CC0">
              <w:rPr>
                <w:b/>
                <w:sz w:val="20"/>
              </w:rPr>
              <w:t>Халықаралық</w:t>
            </w:r>
            <w:proofErr w:type="spellEnd"/>
            <w:r w:rsidRPr="00983CC0">
              <w:rPr>
                <w:b/>
                <w:sz w:val="20"/>
              </w:rPr>
              <w:t xml:space="preserve"> </w:t>
            </w:r>
            <w:proofErr w:type="spellStart"/>
            <w:r w:rsidRPr="00983CC0">
              <w:rPr>
                <w:b/>
                <w:sz w:val="20"/>
              </w:rPr>
              <w:t>баяндама</w:t>
            </w:r>
            <w:proofErr w:type="spellEnd"/>
          </w:p>
        </w:tc>
        <w:tc>
          <w:tcPr>
            <w:tcW w:w="5148" w:type="dxa"/>
            <w:gridSpan w:val="2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644EDD7" w14:textId="18CD08DC" w:rsidR="008A65C5" w:rsidRPr="008A65C5" w:rsidRDefault="007910C1" w:rsidP="008A65C5">
            <w:pPr>
              <w:rPr>
                <w:sz w:val="20"/>
              </w:rPr>
            </w:pPr>
            <w:proofErr w:type="spellStart"/>
            <w:r w:rsidRPr="002E6C8C">
              <w:rPr>
                <w:b/>
                <w:bCs/>
                <w:sz w:val="24"/>
                <w:szCs w:val="24"/>
                <w:lang w:val="ru-RU"/>
              </w:rPr>
              <w:t>Винг</w:t>
            </w:r>
            <w:proofErr w:type="spellEnd"/>
            <w:r w:rsidRPr="008A65C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6C8C">
              <w:rPr>
                <w:b/>
                <w:bCs/>
                <w:sz w:val="24"/>
                <w:szCs w:val="24"/>
                <w:lang w:val="ru-RU"/>
              </w:rPr>
              <w:t>Муй</w:t>
            </w:r>
            <w:proofErr w:type="spellEnd"/>
            <w:r w:rsidRPr="008A65C5">
              <w:rPr>
                <w:b/>
                <w:bCs/>
                <w:sz w:val="24"/>
                <w:szCs w:val="24"/>
              </w:rPr>
              <w:t xml:space="preserve"> </w:t>
            </w:r>
            <w:r w:rsidRPr="002E6C8C">
              <w:rPr>
                <w:b/>
                <w:bCs/>
                <w:sz w:val="24"/>
                <w:szCs w:val="24"/>
                <w:lang w:val="ru-RU"/>
              </w:rPr>
              <w:t>Энн</w:t>
            </w:r>
            <w:r w:rsidRPr="008A65C5">
              <w:rPr>
                <w:b/>
                <w:bCs/>
                <w:sz w:val="24"/>
                <w:szCs w:val="24"/>
              </w:rPr>
              <w:t xml:space="preserve"> </w:t>
            </w:r>
            <w:r w:rsidRPr="002E6C8C">
              <w:rPr>
                <w:b/>
                <w:bCs/>
                <w:sz w:val="24"/>
                <w:szCs w:val="24"/>
                <w:lang w:val="ru-RU"/>
              </w:rPr>
              <w:t>Ли</w:t>
            </w:r>
            <w:r w:rsidRPr="008A65C5">
              <w:rPr>
                <w:sz w:val="20"/>
              </w:rPr>
              <w:t xml:space="preserve"> — </w:t>
            </w:r>
            <w:r w:rsidR="008A65C5" w:rsidRPr="008A65C5">
              <w:rPr>
                <w:sz w:val="20"/>
                <w:lang w:val="ru-RU"/>
              </w:rPr>
              <w:t>профессор</w:t>
            </w:r>
            <w:r w:rsidR="008A65C5" w:rsidRPr="008A65C5">
              <w:rPr>
                <w:sz w:val="20"/>
              </w:rPr>
              <w:t xml:space="preserve">, </w:t>
            </w:r>
            <w:r w:rsidR="008A65C5" w:rsidRPr="008A65C5">
              <w:rPr>
                <w:sz w:val="20"/>
                <w:lang w:val="ru-RU"/>
              </w:rPr>
              <w:t>Шэньчжэнь</w:t>
            </w:r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ауруханаларын</w:t>
            </w:r>
            <w:proofErr w:type="spellEnd"/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аккредитациялау</w:t>
            </w:r>
            <w:proofErr w:type="spellEnd"/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зерттеу</w:t>
            </w:r>
            <w:proofErr w:type="spellEnd"/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орталығы</w:t>
            </w:r>
            <w:proofErr w:type="spellEnd"/>
            <w:r w:rsidR="008A65C5" w:rsidRPr="008A65C5">
              <w:rPr>
                <w:sz w:val="20"/>
              </w:rPr>
              <w:t xml:space="preserve"> (SHARC), </w:t>
            </w:r>
            <w:proofErr w:type="spellStart"/>
            <w:r w:rsidR="008A65C5" w:rsidRPr="008A65C5">
              <w:rPr>
                <w:sz w:val="20"/>
                <w:lang w:val="ru-RU"/>
              </w:rPr>
              <w:t>Қытай</w:t>
            </w:r>
            <w:proofErr w:type="spellEnd"/>
            <w:r w:rsidR="008A65C5" w:rsidRPr="008A65C5">
              <w:rPr>
                <w:sz w:val="20"/>
              </w:rPr>
              <w:t xml:space="preserve"> (</w:t>
            </w:r>
            <w:r w:rsidR="008A65C5" w:rsidRPr="008A65C5">
              <w:rPr>
                <w:sz w:val="20"/>
                <w:lang w:val="ru-RU"/>
              </w:rPr>
              <w:t>Гонконг</w:t>
            </w:r>
            <w:r w:rsidR="008A65C5" w:rsidRPr="008A65C5">
              <w:rPr>
                <w:sz w:val="20"/>
              </w:rPr>
              <w:t>).</w:t>
            </w:r>
          </w:p>
          <w:p w14:paraId="2C54BC1E" w14:textId="4BEA52C7" w:rsidR="007910C1" w:rsidRPr="008A65C5" w:rsidRDefault="008A65C5" w:rsidP="008A65C5">
            <w:pPr>
              <w:rPr>
                <w:b/>
                <w:bCs/>
              </w:rPr>
            </w:pPr>
            <w:proofErr w:type="spellStart"/>
            <w:proofErr w:type="gramStart"/>
            <w:r w:rsidRPr="008A65C5">
              <w:rPr>
                <w:sz w:val="20"/>
                <w:lang w:val="ru-RU"/>
              </w:rPr>
              <w:t>Тақырыбы</w:t>
            </w:r>
            <w:proofErr w:type="spellEnd"/>
            <w:r w:rsidRPr="008A65C5">
              <w:rPr>
                <w:sz w:val="20"/>
              </w:rPr>
              <w:t>:</w:t>
            </w:r>
            <w:r w:rsidRPr="008A65C5">
              <w:rPr>
                <w:b/>
                <w:bCs/>
                <w:sz w:val="20"/>
              </w:rPr>
              <w:t>«</w:t>
            </w:r>
            <w:proofErr w:type="spellStart"/>
            <w:proofErr w:type="gramEnd"/>
            <w:r w:rsidRPr="008A65C5">
              <w:rPr>
                <w:b/>
                <w:bCs/>
                <w:sz w:val="20"/>
                <w:lang w:val="ru-RU"/>
              </w:rPr>
              <w:t>Ауруханаларды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халықаралық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аккредитациялау</w:t>
            </w:r>
            <w:proofErr w:type="spellEnd"/>
            <w:r w:rsidRPr="008A65C5">
              <w:rPr>
                <w:b/>
                <w:bCs/>
                <w:sz w:val="20"/>
              </w:rPr>
              <w:t xml:space="preserve"> —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медициналық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көмектің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сапасы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r w:rsidRPr="008A65C5">
              <w:rPr>
                <w:b/>
                <w:bCs/>
                <w:sz w:val="20"/>
                <w:lang w:val="ru-RU"/>
              </w:rPr>
              <w:t>мен</w:t>
            </w:r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қауіпсіздігін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арттырудың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r w:rsidRPr="008A65C5">
              <w:rPr>
                <w:b/>
                <w:bCs/>
                <w:sz w:val="20"/>
                <w:lang w:val="ru-RU"/>
              </w:rPr>
              <w:t>катализаторы</w:t>
            </w:r>
            <w:r w:rsidRPr="008A65C5">
              <w:rPr>
                <w:b/>
                <w:bCs/>
                <w:sz w:val="20"/>
              </w:rPr>
              <w:t>»</w:t>
            </w:r>
          </w:p>
        </w:tc>
        <w:tc>
          <w:tcPr>
            <w:tcW w:w="2635" w:type="dxa"/>
            <w:gridSpan w:val="5"/>
            <w:vAlign w:val="center"/>
          </w:tcPr>
          <w:p w14:paraId="61B0DC9B" w14:textId="284AAEDF" w:rsidR="007910C1" w:rsidRPr="006E5DDF" w:rsidRDefault="00681541" w:rsidP="004929D2">
            <w:pPr>
              <w:rPr>
                <w:lang w:val="ru-RU"/>
              </w:rPr>
            </w:pPr>
            <w:r w:rsidRPr="00681541">
              <w:rPr>
                <w:rFonts w:ascii="Calibri" w:eastAsia="Calibri" w:hAnsi="Calibri" w:cs="Calibri"/>
                <w:noProof/>
                <w:sz w:val="22"/>
                <w:lang w:val="ru-RU"/>
              </w:rPr>
              <w:drawing>
                <wp:inline distT="0" distB="0" distL="0" distR="0" wp14:anchorId="542378AD" wp14:editId="6FD9729D">
                  <wp:extent cx="1414780" cy="1911350"/>
                  <wp:effectExtent l="0" t="0" r="0" b="0"/>
                  <wp:docPr id="6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780" cy="191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6594" w:rsidRPr="00C85B12" w14:paraId="0C3BC058" w14:textId="5D45D2B3" w:rsidTr="00606594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3AEC5C9" w14:textId="77777777" w:rsidR="00606594" w:rsidRDefault="00606594" w:rsidP="004929D2">
            <w:pPr>
              <w:jc w:val="center"/>
            </w:pPr>
            <w:r>
              <w:rPr>
                <w:b/>
                <w:sz w:val="20"/>
              </w:rPr>
              <w:lastRenderedPageBreak/>
              <w:t>12:40–13:00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2E669A5" w14:textId="749DB207" w:rsidR="00606594" w:rsidRDefault="00983CC0" w:rsidP="004929D2">
            <w:r>
              <w:rPr>
                <w:b/>
                <w:sz w:val="20"/>
                <w:lang w:val="kk-KZ"/>
              </w:rPr>
              <w:t>Б</w:t>
            </w:r>
            <w:proofErr w:type="spellStart"/>
            <w:r w:rsidRPr="00983CC0">
              <w:rPr>
                <w:b/>
                <w:sz w:val="20"/>
              </w:rPr>
              <w:t>аяндама</w:t>
            </w:r>
            <w:proofErr w:type="spellEnd"/>
          </w:p>
        </w:tc>
        <w:tc>
          <w:tcPr>
            <w:tcW w:w="5148" w:type="dxa"/>
            <w:gridSpan w:val="2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2630FA2" w14:textId="33FFDAFF" w:rsidR="008A65C5" w:rsidRPr="008A65C5" w:rsidRDefault="00606594" w:rsidP="008A65C5">
            <w:pPr>
              <w:rPr>
                <w:sz w:val="20"/>
              </w:rPr>
            </w:pPr>
            <w:r w:rsidRPr="002E6C8C">
              <w:rPr>
                <w:b/>
                <w:bCs/>
                <w:sz w:val="24"/>
                <w:szCs w:val="24"/>
                <w:lang w:val="ru-RU"/>
              </w:rPr>
              <w:t>Садыкова</w:t>
            </w:r>
            <w:r w:rsidRPr="008A65C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6C8C">
              <w:rPr>
                <w:b/>
                <w:bCs/>
                <w:sz w:val="24"/>
                <w:szCs w:val="24"/>
                <w:lang w:val="ru-RU"/>
              </w:rPr>
              <w:t>Айжан</w:t>
            </w:r>
            <w:proofErr w:type="spellEnd"/>
            <w:r w:rsidRPr="008A65C5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6C8C">
              <w:rPr>
                <w:b/>
                <w:bCs/>
                <w:sz w:val="24"/>
                <w:szCs w:val="24"/>
                <w:lang w:val="ru-RU"/>
              </w:rPr>
              <w:t>Бекайдаровна</w:t>
            </w:r>
            <w:proofErr w:type="spellEnd"/>
            <w:r w:rsidRPr="008A65C5">
              <w:rPr>
                <w:sz w:val="20"/>
              </w:rPr>
              <w:t xml:space="preserve"> — </w:t>
            </w:r>
            <w:r w:rsidR="008A65C5" w:rsidRPr="008A65C5">
              <w:rPr>
                <w:sz w:val="20"/>
              </w:rPr>
              <w:t>«</w:t>
            </w:r>
            <w:proofErr w:type="spellStart"/>
            <w:r w:rsidR="008A65C5" w:rsidRPr="008A65C5">
              <w:rPr>
                <w:sz w:val="20"/>
              </w:rPr>
              <w:t>ZdravAtameken</w:t>
            </w:r>
            <w:proofErr w:type="spellEnd"/>
            <w:r w:rsidR="008A65C5" w:rsidRPr="008A65C5">
              <w:rPr>
                <w:sz w:val="20"/>
              </w:rPr>
              <w:t xml:space="preserve">» </w:t>
            </w:r>
            <w:proofErr w:type="spellStart"/>
            <w:r w:rsidR="008A65C5" w:rsidRPr="008A65C5">
              <w:rPr>
                <w:sz w:val="20"/>
                <w:lang w:val="ru-RU"/>
              </w:rPr>
              <w:t>денсаулық</w:t>
            </w:r>
            <w:proofErr w:type="spellEnd"/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сақтау</w:t>
            </w:r>
            <w:proofErr w:type="spellEnd"/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субъектілері</w:t>
            </w:r>
            <w:proofErr w:type="spellEnd"/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қауымдастығының</w:t>
            </w:r>
            <w:proofErr w:type="spellEnd"/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президенті</w:t>
            </w:r>
            <w:proofErr w:type="spellEnd"/>
            <w:r w:rsidR="008A65C5" w:rsidRPr="008A65C5">
              <w:rPr>
                <w:sz w:val="20"/>
              </w:rPr>
              <w:t xml:space="preserve">, </w:t>
            </w:r>
            <w:proofErr w:type="spellStart"/>
            <w:r w:rsidR="008A65C5" w:rsidRPr="008A65C5">
              <w:rPr>
                <w:sz w:val="20"/>
                <w:lang w:val="ru-RU"/>
              </w:rPr>
              <w:t>дәрігер</w:t>
            </w:r>
            <w:proofErr w:type="spellEnd"/>
            <w:r w:rsidR="008A65C5" w:rsidRPr="008A65C5">
              <w:rPr>
                <w:sz w:val="20"/>
              </w:rPr>
              <w:t xml:space="preserve">, </w:t>
            </w:r>
            <w:proofErr w:type="spellStart"/>
            <w:r w:rsidR="008A65C5" w:rsidRPr="008A65C5">
              <w:rPr>
                <w:sz w:val="20"/>
                <w:lang w:val="ru-RU"/>
              </w:rPr>
              <w:t>заңгер</w:t>
            </w:r>
            <w:proofErr w:type="spellEnd"/>
            <w:r w:rsidR="008A65C5" w:rsidRPr="008A65C5">
              <w:rPr>
                <w:sz w:val="20"/>
              </w:rPr>
              <w:t xml:space="preserve">, </w:t>
            </w:r>
            <w:r w:rsidR="008A65C5" w:rsidRPr="008A65C5">
              <w:rPr>
                <w:sz w:val="20"/>
                <w:lang w:val="ru-RU"/>
              </w:rPr>
              <w:t>медицина</w:t>
            </w:r>
            <w:r w:rsidR="008A65C5" w:rsidRPr="008A65C5">
              <w:rPr>
                <w:sz w:val="20"/>
              </w:rPr>
              <w:t xml:space="preserve"> </w:t>
            </w:r>
            <w:proofErr w:type="spellStart"/>
            <w:r w:rsidR="008A65C5" w:rsidRPr="008A65C5">
              <w:rPr>
                <w:sz w:val="20"/>
                <w:lang w:val="ru-RU"/>
              </w:rPr>
              <w:t>ғылымдарының</w:t>
            </w:r>
            <w:proofErr w:type="spellEnd"/>
            <w:r w:rsidR="008A65C5" w:rsidRPr="008A65C5">
              <w:rPr>
                <w:sz w:val="20"/>
              </w:rPr>
              <w:t xml:space="preserve"> </w:t>
            </w:r>
            <w:r w:rsidR="008A65C5" w:rsidRPr="008A65C5">
              <w:rPr>
                <w:sz w:val="20"/>
                <w:lang w:val="ru-RU"/>
              </w:rPr>
              <w:t>кандидаты</w:t>
            </w:r>
            <w:r w:rsidR="008A65C5" w:rsidRPr="008A65C5">
              <w:rPr>
                <w:sz w:val="20"/>
              </w:rPr>
              <w:t>.</w:t>
            </w:r>
          </w:p>
          <w:p w14:paraId="6ACB16EF" w14:textId="2C22BE46" w:rsidR="008A65C5" w:rsidRPr="008A65C5" w:rsidRDefault="008A65C5" w:rsidP="008A65C5">
            <w:pPr>
              <w:rPr>
                <w:b/>
                <w:bCs/>
                <w:sz w:val="20"/>
              </w:rPr>
            </w:pPr>
            <w:proofErr w:type="spellStart"/>
            <w:r w:rsidRPr="008A65C5">
              <w:rPr>
                <w:sz w:val="20"/>
                <w:lang w:val="ru-RU"/>
              </w:rPr>
              <w:t>Тақырыбы</w:t>
            </w:r>
            <w:proofErr w:type="spellEnd"/>
            <w:r w:rsidRPr="008A65C5">
              <w:rPr>
                <w:sz w:val="20"/>
              </w:rPr>
              <w:t>:</w:t>
            </w:r>
            <w:r>
              <w:rPr>
                <w:sz w:val="20"/>
                <w:lang w:val="kk-KZ"/>
              </w:rPr>
              <w:t xml:space="preserve"> </w:t>
            </w:r>
            <w:r w:rsidRPr="008A65C5">
              <w:rPr>
                <w:b/>
                <w:bCs/>
                <w:sz w:val="20"/>
              </w:rPr>
              <w:t>«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Үкіметтік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емес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ұйымдардың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денсаулық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сақтау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саласының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дамуы</w:t>
            </w:r>
            <w:proofErr w:type="spellEnd"/>
            <w:r w:rsidRPr="008A65C5">
              <w:rPr>
                <w:b/>
                <w:bCs/>
                <w:sz w:val="20"/>
              </w:rPr>
              <w:t xml:space="preserve">,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сапасы</w:t>
            </w:r>
            <w:proofErr w:type="spellEnd"/>
            <w:r w:rsidRPr="008A65C5">
              <w:rPr>
                <w:b/>
                <w:bCs/>
                <w:sz w:val="20"/>
              </w:rPr>
              <w:t xml:space="preserve">, </w:t>
            </w:r>
            <w:r w:rsidRPr="008A65C5">
              <w:rPr>
                <w:b/>
                <w:bCs/>
                <w:sz w:val="20"/>
                <w:lang w:val="ru-RU"/>
              </w:rPr>
              <w:t>пациент</w:t>
            </w:r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қауіпсіздігі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және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халықаралық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аккредитациядағы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стратегиялық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рөлі</w:t>
            </w:r>
            <w:proofErr w:type="spellEnd"/>
            <w:r w:rsidRPr="008A65C5">
              <w:rPr>
                <w:b/>
                <w:bCs/>
                <w:sz w:val="20"/>
              </w:rPr>
              <w:t>»</w:t>
            </w:r>
          </w:p>
        </w:tc>
        <w:tc>
          <w:tcPr>
            <w:tcW w:w="2635" w:type="dxa"/>
            <w:gridSpan w:val="5"/>
            <w:vAlign w:val="center"/>
          </w:tcPr>
          <w:p w14:paraId="5AB10ACC" w14:textId="2BA10DA5" w:rsidR="00606594" w:rsidRPr="00606594" w:rsidRDefault="00606594" w:rsidP="00606594">
            <w:pPr>
              <w:rPr>
                <w:b/>
                <w:bCs/>
                <w:lang w:val="ru-RU"/>
              </w:rPr>
            </w:pPr>
            <w:r w:rsidRPr="00606594">
              <w:rPr>
                <w:rFonts w:ascii="Calibri" w:eastAsia="Calibri" w:hAnsi="Calibri" w:cs="Calibri"/>
                <w:noProof/>
                <w:sz w:val="22"/>
                <w:lang w:val="ru-RU"/>
              </w:rPr>
              <w:drawing>
                <wp:inline distT="171450" distB="357505" distL="171450" distR="383540" wp14:anchorId="5C952D02" wp14:editId="3C09C1FE">
                  <wp:extent cx="1525432" cy="1951990"/>
                  <wp:effectExtent l="152400" t="152400" r="360680" b="353060"/>
                  <wp:docPr id="7" name="WhatsApp Image 2026-03-20 at 08.56.55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26-03-20 at 08.56.55.jpeg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1531719" cy="1960035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  <a:effectLst>
                            <a:outerShdw blurRad="291960" dist="138988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DAE" w:rsidRPr="00C85B12" w14:paraId="0F6833FA" w14:textId="77777777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B4EAAA3" w14:textId="77777777" w:rsidR="00213DAE" w:rsidRDefault="00C568C2" w:rsidP="004929D2">
            <w:pPr>
              <w:jc w:val="center"/>
            </w:pPr>
            <w:r>
              <w:rPr>
                <w:b/>
                <w:sz w:val="20"/>
              </w:rPr>
              <w:t>13:00–14:00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3F511AC" w14:textId="09D01184" w:rsidR="00213DAE" w:rsidRPr="008A65C5" w:rsidRDefault="008A65C5" w:rsidP="008A65C5">
            <w:pPr>
              <w:rPr>
                <w:b/>
                <w:sz w:val="20"/>
              </w:rPr>
            </w:pPr>
            <w:proofErr w:type="spellStart"/>
            <w:r w:rsidRPr="008A65C5">
              <w:rPr>
                <w:b/>
                <w:sz w:val="20"/>
              </w:rPr>
              <w:t>Түскі</w:t>
            </w:r>
            <w:proofErr w:type="spellEnd"/>
            <w:r w:rsidRPr="008A65C5">
              <w:rPr>
                <w:b/>
                <w:sz w:val="20"/>
              </w:rPr>
              <w:t xml:space="preserve"> </w:t>
            </w:r>
            <w:proofErr w:type="spellStart"/>
            <w:r w:rsidRPr="008A65C5">
              <w:rPr>
                <w:b/>
                <w:sz w:val="20"/>
              </w:rPr>
              <w:t>ас</w:t>
            </w:r>
            <w:proofErr w:type="spellEnd"/>
          </w:p>
        </w:tc>
        <w:tc>
          <w:tcPr>
            <w:tcW w:w="7783" w:type="dxa"/>
            <w:gridSpan w:val="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A015009" w14:textId="4A4378F7" w:rsidR="00213DAE" w:rsidRPr="006E5DDF" w:rsidRDefault="008A65C5" w:rsidP="004929D2">
            <w:pPr>
              <w:rPr>
                <w:lang w:val="ru-RU"/>
              </w:rPr>
            </w:pPr>
            <w:proofErr w:type="spellStart"/>
            <w:r w:rsidRPr="008A65C5">
              <w:rPr>
                <w:sz w:val="20"/>
                <w:lang w:val="ru-RU"/>
              </w:rPr>
              <w:t>Түскі</w:t>
            </w:r>
            <w:proofErr w:type="spellEnd"/>
            <w:r w:rsidRPr="008A65C5">
              <w:rPr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үзіліс</w:t>
            </w:r>
            <w:proofErr w:type="spellEnd"/>
            <w:r w:rsidR="00C568C2" w:rsidRPr="006E5DDF">
              <w:rPr>
                <w:sz w:val="20"/>
                <w:lang w:val="ru-RU"/>
              </w:rPr>
              <w:t xml:space="preserve">. </w:t>
            </w:r>
          </w:p>
        </w:tc>
      </w:tr>
      <w:tr w:rsidR="00EB196B" w:rsidRPr="00C85B12" w14:paraId="5848BC8A" w14:textId="105D2984" w:rsidTr="00EB196B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B9EB4F8" w14:textId="77777777" w:rsidR="00EB196B" w:rsidRDefault="00EB196B" w:rsidP="004929D2">
            <w:pPr>
              <w:jc w:val="center"/>
            </w:pPr>
            <w:r>
              <w:rPr>
                <w:b/>
                <w:sz w:val="20"/>
              </w:rPr>
              <w:t>14:30–14:50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2915BF3" w14:textId="67F9010B" w:rsidR="00EB196B" w:rsidRDefault="008A65C5" w:rsidP="004929D2">
            <w:r>
              <w:rPr>
                <w:b/>
                <w:sz w:val="20"/>
                <w:lang w:val="kk-KZ"/>
              </w:rPr>
              <w:t>Б</w:t>
            </w:r>
            <w:proofErr w:type="spellStart"/>
            <w:r w:rsidRPr="00983CC0">
              <w:rPr>
                <w:b/>
                <w:sz w:val="20"/>
              </w:rPr>
              <w:t>аяндама</w:t>
            </w:r>
            <w:proofErr w:type="spellEnd"/>
          </w:p>
        </w:tc>
        <w:tc>
          <w:tcPr>
            <w:tcW w:w="5208" w:type="dxa"/>
            <w:gridSpan w:val="5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CCEBD92" w14:textId="77777777" w:rsidR="008A65C5" w:rsidRPr="008A65C5" w:rsidRDefault="00EB196B" w:rsidP="008A65C5">
            <w:pPr>
              <w:rPr>
                <w:sz w:val="20"/>
              </w:rPr>
            </w:pPr>
            <w:proofErr w:type="spellStart"/>
            <w:r w:rsidRPr="00565BCA">
              <w:rPr>
                <w:b/>
                <w:bCs/>
                <w:sz w:val="24"/>
                <w:szCs w:val="24"/>
                <w:lang w:val="ru-RU"/>
              </w:rPr>
              <w:t>Канушина</w:t>
            </w:r>
            <w:proofErr w:type="spellEnd"/>
            <w:r w:rsidRPr="00EB196B">
              <w:rPr>
                <w:b/>
                <w:bCs/>
                <w:sz w:val="24"/>
                <w:szCs w:val="24"/>
              </w:rPr>
              <w:t xml:space="preserve"> </w:t>
            </w:r>
            <w:r w:rsidRPr="00565BCA">
              <w:rPr>
                <w:b/>
                <w:bCs/>
                <w:sz w:val="24"/>
                <w:szCs w:val="24"/>
                <w:lang w:val="ru-RU"/>
              </w:rPr>
              <w:t>Марина</w:t>
            </w:r>
            <w:r w:rsidRPr="00EB196B">
              <w:rPr>
                <w:b/>
                <w:bCs/>
                <w:sz w:val="24"/>
                <w:szCs w:val="24"/>
              </w:rPr>
              <w:t xml:space="preserve"> </w:t>
            </w:r>
            <w:r w:rsidRPr="00565BCA">
              <w:rPr>
                <w:b/>
                <w:bCs/>
                <w:sz w:val="24"/>
                <w:szCs w:val="24"/>
                <w:lang w:val="ru-RU"/>
              </w:rPr>
              <w:t>Алексеевна</w:t>
            </w:r>
            <w:r w:rsidRPr="00EB196B">
              <w:rPr>
                <w:sz w:val="20"/>
              </w:rPr>
              <w:t xml:space="preserve"> — </w:t>
            </w:r>
            <w:r w:rsidR="008A65C5" w:rsidRPr="008A65C5">
              <w:rPr>
                <w:sz w:val="20"/>
              </w:rPr>
              <w:t xml:space="preserve">PhD </w:t>
            </w:r>
            <w:proofErr w:type="spellStart"/>
            <w:r w:rsidR="008A65C5" w:rsidRPr="008A65C5">
              <w:rPr>
                <w:sz w:val="20"/>
                <w:lang w:val="ru-RU"/>
              </w:rPr>
              <w:t>докторы</w:t>
            </w:r>
            <w:proofErr w:type="spellEnd"/>
            <w:r w:rsidR="008A65C5" w:rsidRPr="008A65C5">
              <w:rPr>
                <w:sz w:val="20"/>
              </w:rPr>
              <w:t xml:space="preserve">, MBA, AC Institute of International Education </w:t>
            </w:r>
            <w:r w:rsidR="008A65C5" w:rsidRPr="008A65C5">
              <w:rPr>
                <w:sz w:val="20"/>
                <w:lang w:val="ru-RU"/>
              </w:rPr>
              <w:t>директоры</w:t>
            </w:r>
            <w:r w:rsidR="008A65C5" w:rsidRPr="008A65C5">
              <w:rPr>
                <w:sz w:val="20"/>
              </w:rPr>
              <w:t xml:space="preserve"> (</w:t>
            </w:r>
            <w:r w:rsidR="008A65C5" w:rsidRPr="008A65C5">
              <w:rPr>
                <w:sz w:val="20"/>
                <w:lang w:val="ru-RU"/>
              </w:rPr>
              <w:t>Прага</w:t>
            </w:r>
            <w:r w:rsidR="008A65C5" w:rsidRPr="008A65C5">
              <w:rPr>
                <w:sz w:val="20"/>
              </w:rPr>
              <w:t xml:space="preserve">, </w:t>
            </w:r>
            <w:r w:rsidR="008A65C5" w:rsidRPr="008A65C5">
              <w:rPr>
                <w:sz w:val="20"/>
                <w:lang w:val="ru-RU"/>
              </w:rPr>
              <w:t>Чехия</w:t>
            </w:r>
            <w:r w:rsidR="008A65C5" w:rsidRPr="008A65C5">
              <w:rPr>
                <w:sz w:val="20"/>
              </w:rPr>
              <w:t>).</w:t>
            </w:r>
          </w:p>
          <w:p w14:paraId="324B56B1" w14:textId="77777777" w:rsidR="008A65C5" w:rsidRPr="008A65C5" w:rsidRDefault="008A65C5" w:rsidP="008A65C5">
            <w:pPr>
              <w:rPr>
                <w:sz w:val="20"/>
              </w:rPr>
            </w:pPr>
          </w:p>
          <w:p w14:paraId="153948C8" w14:textId="0820A8C7" w:rsidR="008A65C5" w:rsidRPr="008A65C5" w:rsidRDefault="008A65C5" w:rsidP="008A65C5">
            <w:pPr>
              <w:rPr>
                <w:sz w:val="20"/>
              </w:rPr>
            </w:pPr>
            <w:r w:rsidRPr="008A65C5">
              <w:rPr>
                <w:sz w:val="20"/>
              </w:rPr>
              <w:t xml:space="preserve">AC Institute of International Education 2007 </w:t>
            </w:r>
            <w:proofErr w:type="spellStart"/>
            <w:r w:rsidRPr="008A65C5">
              <w:rPr>
                <w:sz w:val="20"/>
                <w:lang w:val="ru-RU"/>
              </w:rPr>
              <w:t>жылы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Прагада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құрылған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және</w:t>
            </w:r>
            <w:proofErr w:type="spellEnd"/>
            <w:r w:rsidRPr="008A65C5">
              <w:rPr>
                <w:sz w:val="20"/>
              </w:rPr>
              <w:t xml:space="preserve"> </w:t>
            </w:r>
            <w:r w:rsidRPr="008A65C5">
              <w:rPr>
                <w:sz w:val="20"/>
                <w:lang w:val="ru-RU"/>
              </w:rPr>
              <w:t>медицина</w:t>
            </w:r>
            <w:r w:rsidRPr="008A65C5">
              <w:rPr>
                <w:sz w:val="20"/>
              </w:rPr>
              <w:t xml:space="preserve">, </w:t>
            </w:r>
            <w:r w:rsidRPr="008A65C5">
              <w:rPr>
                <w:sz w:val="20"/>
                <w:lang w:val="ru-RU"/>
              </w:rPr>
              <w:t>фармация</w:t>
            </w:r>
            <w:r w:rsidRPr="008A65C5">
              <w:rPr>
                <w:sz w:val="20"/>
              </w:rPr>
              <w:t xml:space="preserve">, </w:t>
            </w:r>
            <w:proofErr w:type="spellStart"/>
            <w:r w:rsidRPr="008A65C5">
              <w:rPr>
                <w:sz w:val="20"/>
                <w:lang w:val="ru-RU"/>
              </w:rPr>
              <w:t>қоғамдық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денсаулық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сақтау</w:t>
            </w:r>
            <w:proofErr w:type="spellEnd"/>
            <w:r w:rsidRPr="008A65C5">
              <w:rPr>
                <w:sz w:val="20"/>
              </w:rPr>
              <w:t xml:space="preserve">, </w:t>
            </w:r>
            <w:proofErr w:type="spellStart"/>
            <w:r w:rsidRPr="008A65C5">
              <w:rPr>
                <w:sz w:val="20"/>
                <w:lang w:val="ru-RU"/>
              </w:rPr>
              <w:t>клиникалық</w:t>
            </w:r>
            <w:proofErr w:type="spellEnd"/>
            <w:r w:rsidRPr="008A65C5">
              <w:rPr>
                <w:sz w:val="20"/>
              </w:rPr>
              <w:t xml:space="preserve"> </w:t>
            </w:r>
            <w:r w:rsidRPr="008A65C5">
              <w:rPr>
                <w:sz w:val="20"/>
                <w:lang w:val="ru-RU"/>
              </w:rPr>
              <w:t>психология</w:t>
            </w:r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және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жоғары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оқу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орындары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педагогикасы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салаларындағы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мамандарға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арналған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халықаралық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тағылымдамаларды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ұйымдастыруға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маманданған</w:t>
            </w:r>
            <w:proofErr w:type="spellEnd"/>
            <w:r w:rsidRPr="008A65C5">
              <w:rPr>
                <w:sz w:val="20"/>
              </w:rPr>
              <w:t xml:space="preserve">. </w:t>
            </w:r>
            <w:r w:rsidRPr="008A65C5">
              <w:rPr>
                <w:sz w:val="20"/>
                <w:lang w:val="ru-RU"/>
              </w:rPr>
              <w:t>Институт</w:t>
            </w:r>
            <w:r w:rsidRPr="008A65C5">
              <w:rPr>
                <w:sz w:val="20"/>
              </w:rPr>
              <w:t xml:space="preserve"> </w:t>
            </w:r>
            <w:r w:rsidRPr="008A65C5">
              <w:rPr>
                <w:sz w:val="20"/>
                <w:lang w:val="ru-RU"/>
              </w:rPr>
              <w:t>Чехия</w:t>
            </w:r>
            <w:r w:rsidRPr="008A65C5">
              <w:rPr>
                <w:sz w:val="20"/>
              </w:rPr>
              <w:t xml:space="preserve"> </w:t>
            </w:r>
            <w:r w:rsidRPr="008A65C5">
              <w:rPr>
                <w:sz w:val="20"/>
                <w:lang w:val="ru-RU"/>
              </w:rPr>
              <w:t>мен</w:t>
            </w:r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Германияның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жетекші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университеттерімен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ынтымақтасады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және</w:t>
            </w:r>
            <w:proofErr w:type="spellEnd"/>
            <w:r w:rsidRPr="008A65C5">
              <w:rPr>
                <w:sz w:val="20"/>
              </w:rPr>
              <w:t xml:space="preserve"> </w:t>
            </w:r>
            <w:r w:rsidRPr="008A65C5">
              <w:rPr>
                <w:sz w:val="20"/>
                <w:lang w:val="ru-RU"/>
              </w:rPr>
              <w:t>ДДСҰ</w:t>
            </w:r>
            <w:r w:rsidRPr="008A65C5">
              <w:rPr>
                <w:sz w:val="20"/>
              </w:rPr>
              <w:t>-</w:t>
            </w:r>
            <w:proofErr w:type="spellStart"/>
            <w:r w:rsidRPr="008A65C5">
              <w:rPr>
                <w:sz w:val="20"/>
                <w:lang w:val="ru-RU"/>
              </w:rPr>
              <w:t>ның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ресми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серіктесі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болып</w:t>
            </w:r>
            <w:proofErr w:type="spellEnd"/>
            <w:r w:rsidRPr="008A65C5">
              <w:rPr>
                <w:sz w:val="20"/>
              </w:rPr>
              <w:t xml:space="preserve"> </w:t>
            </w:r>
            <w:proofErr w:type="spellStart"/>
            <w:r w:rsidRPr="008A65C5">
              <w:rPr>
                <w:sz w:val="20"/>
                <w:lang w:val="ru-RU"/>
              </w:rPr>
              <w:t>табылады</w:t>
            </w:r>
            <w:proofErr w:type="spellEnd"/>
            <w:r w:rsidRPr="008A65C5">
              <w:rPr>
                <w:sz w:val="20"/>
              </w:rPr>
              <w:t>.</w:t>
            </w:r>
          </w:p>
          <w:p w14:paraId="76272F26" w14:textId="1CB0AB24" w:rsidR="00EB196B" w:rsidRPr="008A65C5" w:rsidRDefault="008A65C5" w:rsidP="008A65C5">
            <w:pPr>
              <w:rPr>
                <w:b/>
                <w:bCs/>
              </w:rPr>
            </w:pPr>
            <w:proofErr w:type="spellStart"/>
            <w:r w:rsidRPr="008A65C5">
              <w:rPr>
                <w:sz w:val="20"/>
                <w:lang w:val="ru-RU"/>
              </w:rPr>
              <w:t>Тақырыбы</w:t>
            </w:r>
            <w:proofErr w:type="spellEnd"/>
            <w:r w:rsidRPr="008A65C5">
              <w:rPr>
                <w:sz w:val="20"/>
              </w:rPr>
              <w:t>:</w:t>
            </w:r>
            <w:r>
              <w:rPr>
                <w:sz w:val="20"/>
                <w:lang w:val="kk-KZ"/>
              </w:rPr>
              <w:t xml:space="preserve"> </w:t>
            </w:r>
            <w:r w:rsidRPr="008A65C5">
              <w:rPr>
                <w:b/>
                <w:bCs/>
                <w:sz w:val="20"/>
              </w:rPr>
              <w:t>«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Ауруханаларда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дәрілік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заттарды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қолдану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қауіпсіздігі</w:t>
            </w:r>
            <w:proofErr w:type="spellEnd"/>
            <w:r w:rsidRPr="008A65C5">
              <w:rPr>
                <w:b/>
                <w:bCs/>
                <w:sz w:val="20"/>
              </w:rPr>
              <w:t xml:space="preserve">.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Сындарлы</w:t>
            </w:r>
            <w:proofErr w:type="spellEnd"/>
            <w:r w:rsidRPr="008A65C5">
              <w:rPr>
                <w:b/>
                <w:bCs/>
                <w:sz w:val="20"/>
              </w:rPr>
              <w:t xml:space="preserve"> </w:t>
            </w:r>
            <w:proofErr w:type="spellStart"/>
            <w:r w:rsidRPr="008A65C5">
              <w:rPr>
                <w:b/>
                <w:bCs/>
                <w:sz w:val="20"/>
                <w:lang w:val="ru-RU"/>
              </w:rPr>
              <w:t>аспектілер</w:t>
            </w:r>
            <w:proofErr w:type="spellEnd"/>
            <w:r w:rsidRPr="008A65C5">
              <w:rPr>
                <w:b/>
                <w:bCs/>
                <w:sz w:val="20"/>
              </w:rPr>
              <w:t>»</w:t>
            </w:r>
          </w:p>
        </w:tc>
        <w:tc>
          <w:tcPr>
            <w:tcW w:w="2575" w:type="dxa"/>
            <w:gridSpan w:val="2"/>
            <w:vAlign w:val="center"/>
          </w:tcPr>
          <w:p w14:paraId="610E74CF" w14:textId="4A0BF1C3" w:rsidR="00EB196B" w:rsidRPr="00EB196B" w:rsidRDefault="00EB196B" w:rsidP="004929D2">
            <w:pPr>
              <w:rPr>
                <w:b/>
                <w:bCs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4746A8E5" wp14:editId="79DDC3D8">
                  <wp:extent cx="1779905" cy="1846580"/>
                  <wp:effectExtent l="0" t="0" r="0" b="1270"/>
                  <wp:docPr id="8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9905" cy="1846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26B1" w:rsidRPr="00C85B12" w14:paraId="4133CF4E" w14:textId="0DD08573" w:rsidTr="00D426B1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975DE29" w14:textId="77777777" w:rsidR="00D426B1" w:rsidRDefault="00D426B1" w:rsidP="004929D2">
            <w:pPr>
              <w:jc w:val="center"/>
            </w:pPr>
            <w:r>
              <w:rPr>
                <w:b/>
                <w:sz w:val="20"/>
              </w:rPr>
              <w:t>15:00–15:20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9D8B78B" w14:textId="533B2DD8" w:rsidR="00D426B1" w:rsidRDefault="008A65C5" w:rsidP="004929D2">
            <w:r>
              <w:rPr>
                <w:b/>
                <w:sz w:val="20"/>
                <w:lang w:val="kk-KZ"/>
              </w:rPr>
              <w:t>Б</w:t>
            </w:r>
            <w:proofErr w:type="spellStart"/>
            <w:r w:rsidRPr="00983CC0">
              <w:rPr>
                <w:b/>
                <w:sz w:val="20"/>
              </w:rPr>
              <w:t>аяндама</w:t>
            </w:r>
            <w:proofErr w:type="spellEnd"/>
          </w:p>
        </w:tc>
        <w:tc>
          <w:tcPr>
            <w:tcW w:w="5196" w:type="dxa"/>
            <w:gridSpan w:val="4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C4AAD69" w14:textId="77777777" w:rsidR="008A65C5" w:rsidRPr="008A65C5" w:rsidRDefault="00D426B1" w:rsidP="008A65C5">
            <w:pPr>
              <w:rPr>
                <w:b/>
                <w:sz w:val="20"/>
                <w:lang w:val="ru-RU"/>
              </w:rPr>
            </w:pPr>
            <w:proofErr w:type="spellStart"/>
            <w:r w:rsidRPr="00AF06FF">
              <w:rPr>
                <w:b/>
                <w:bCs/>
                <w:sz w:val="24"/>
                <w:szCs w:val="24"/>
                <w:lang w:val="ru-RU"/>
              </w:rPr>
              <w:t>Балпеисова</w:t>
            </w:r>
            <w:proofErr w:type="spellEnd"/>
            <w:r w:rsidRPr="00AF06FF">
              <w:rPr>
                <w:b/>
                <w:bCs/>
                <w:sz w:val="24"/>
                <w:szCs w:val="24"/>
                <w:lang w:val="ru-RU"/>
              </w:rPr>
              <w:t xml:space="preserve"> Светлана </w:t>
            </w:r>
            <w:proofErr w:type="spellStart"/>
            <w:r w:rsidRPr="00AF06FF">
              <w:rPr>
                <w:b/>
                <w:bCs/>
                <w:sz w:val="24"/>
                <w:szCs w:val="24"/>
                <w:lang w:val="ru-RU"/>
              </w:rPr>
              <w:t>Асылгиреевна</w:t>
            </w:r>
            <w:proofErr w:type="spellEnd"/>
            <w:r w:rsidRPr="006E5DDF">
              <w:rPr>
                <w:sz w:val="20"/>
                <w:lang w:val="ru-RU"/>
              </w:rPr>
              <w:t xml:space="preserve"> — </w:t>
            </w:r>
            <w:proofErr w:type="spellStart"/>
            <w:r w:rsidR="008A65C5" w:rsidRPr="008A65C5">
              <w:rPr>
                <w:b/>
                <w:sz w:val="20"/>
                <w:lang w:val="ru-RU"/>
              </w:rPr>
              <w:t>сертификатталған</w:t>
            </w:r>
            <w:proofErr w:type="spellEnd"/>
            <w:r w:rsidR="008A65C5" w:rsidRPr="008A65C5">
              <w:rPr>
                <w:b/>
                <w:sz w:val="20"/>
                <w:lang w:val="ru-RU"/>
              </w:rPr>
              <w:t xml:space="preserve"> тренер-медиатор, </w:t>
            </w:r>
            <w:proofErr w:type="spellStart"/>
            <w:r w:rsidR="008A65C5" w:rsidRPr="008A65C5">
              <w:rPr>
                <w:b/>
                <w:sz w:val="20"/>
                <w:lang w:val="ru-RU"/>
              </w:rPr>
              <w:t>заң</w:t>
            </w:r>
            <w:proofErr w:type="spellEnd"/>
            <w:r w:rsidR="008A65C5"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8A65C5" w:rsidRPr="008A65C5">
              <w:rPr>
                <w:b/>
                <w:sz w:val="20"/>
                <w:lang w:val="ru-RU"/>
              </w:rPr>
              <w:t>ғылымдарының</w:t>
            </w:r>
            <w:proofErr w:type="spellEnd"/>
            <w:r w:rsidR="008A65C5"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8A65C5" w:rsidRPr="008A65C5">
              <w:rPr>
                <w:b/>
                <w:sz w:val="20"/>
                <w:lang w:val="ru-RU"/>
              </w:rPr>
              <w:t>PhD</w:t>
            </w:r>
            <w:proofErr w:type="spellEnd"/>
            <w:r w:rsidR="008A65C5"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="008A65C5" w:rsidRPr="008A65C5">
              <w:rPr>
                <w:b/>
                <w:sz w:val="20"/>
                <w:lang w:val="ru-RU"/>
              </w:rPr>
              <w:t>докторы</w:t>
            </w:r>
            <w:proofErr w:type="spellEnd"/>
            <w:r w:rsidR="008A65C5" w:rsidRPr="008A65C5">
              <w:rPr>
                <w:b/>
                <w:sz w:val="20"/>
                <w:lang w:val="ru-RU"/>
              </w:rPr>
              <w:t>.</w:t>
            </w:r>
          </w:p>
          <w:p w14:paraId="07EB804C" w14:textId="77777777" w:rsidR="008A65C5" w:rsidRPr="008A65C5" w:rsidRDefault="008A65C5" w:rsidP="008A65C5">
            <w:pPr>
              <w:rPr>
                <w:b/>
                <w:sz w:val="20"/>
                <w:lang w:val="ru-RU"/>
              </w:rPr>
            </w:pPr>
          </w:p>
          <w:p w14:paraId="70A58D7E" w14:textId="77777777" w:rsidR="008A65C5" w:rsidRPr="008A65C5" w:rsidRDefault="008A65C5" w:rsidP="008A65C5">
            <w:pPr>
              <w:rPr>
                <w:bCs/>
                <w:sz w:val="20"/>
                <w:lang w:val="ru-RU"/>
              </w:rPr>
            </w:pPr>
            <w:proofErr w:type="spellStart"/>
            <w:r w:rsidRPr="008A65C5">
              <w:rPr>
                <w:bCs/>
                <w:sz w:val="20"/>
                <w:lang w:val="ru-RU"/>
              </w:rPr>
              <w:t>Еуропалық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Ассамблеяның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құрметті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мүшесі</w:t>
            </w:r>
            <w:proofErr w:type="spellEnd"/>
            <w:r w:rsidRPr="008A65C5">
              <w:rPr>
                <w:bCs/>
                <w:sz w:val="20"/>
                <w:lang w:val="ru-RU"/>
              </w:rPr>
              <w:t>.</w:t>
            </w:r>
          </w:p>
          <w:p w14:paraId="1A320938" w14:textId="77777777" w:rsidR="008A65C5" w:rsidRPr="008A65C5" w:rsidRDefault="008A65C5" w:rsidP="008A65C5">
            <w:pPr>
              <w:rPr>
                <w:bCs/>
                <w:sz w:val="20"/>
                <w:lang w:val="ru-RU"/>
              </w:rPr>
            </w:pPr>
            <w:proofErr w:type="spellStart"/>
            <w:r w:rsidRPr="008A65C5">
              <w:rPr>
                <w:bCs/>
                <w:sz w:val="20"/>
                <w:lang w:val="ru-RU"/>
              </w:rPr>
              <w:t>Британдық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кәсіби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медиация </w:t>
            </w:r>
            <w:proofErr w:type="spellStart"/>
            <w:r w:rsidRPr="008A65C5">
              <w:rPr>
                <w:bCs/>
                <w:sz w:val="20"/>
                <w:lang w:val="ru-RU"/>
              </w:rPr>
              <w:t>қауымдастығының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(PMA) </w:t>
            </w:r>
            <w:proofErr w:type="spellStart"/>
            <w:r w:rsidRPr="008A65C5">
              <w:rPr>
                <w:bCs/>
                <w:sz w:val="20"/>
                <w:lang w:val="ru-RU"/>
              </w:rPr>
              <w:t>мүшесі</w:t>
            </w:r>
            <w:proofErr w:type="spellEnd"/>
            <w:r w:rsidRPr="008A65C5">
              <w:rPr>
                <w:bCs/>
                <w:sz w:val="20"/>
                <w:lang w:val="ru-RU"/>
              </w:rPr>
              <w:t>.</w:t>
            </w:r>
          </w:p>
          <w:p w14:paraId="0C98794C" w14:textId="77777777" w:rsidR="008A65C5" w:rsidRPr="008A65C5" w:rsidRDefault="008A65C5" w:rsidP="008A65C5">
            <w:pPr>
              <w:rPr>
                <w:bCs/>
                <w:sz w:val="20"/>
                <w:lang w:val="ru-RU"/>
              </w:rPr>
            </w:pPr>
            <w:r w:rsidRPr="008A65C5">
              <w:rPr>
                <w:bCs/>
                <w:sz w:val="20"/>
                <w:lang w:val="ru-RU"/>
              </w:rPr>
              <w:t>«</w:t>
            </w:r>
            <w:proofErr w:type="spellStart"/>
            <w:r w:rsidRPr="008A65C5">
              <w:rPr>
                <w:bCs/>
                <w:sz w:val="20"/>
                <w:lang w:val="ru-RU"/>
              </w:rPr>
              <w:t>Келіссөздер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академиясы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» тренер-медиаторы, </w:t>
            </w:r>
            <w:proofErr w:type="spellStart"/>
            <w:r w:rsidRPr="008A65C5">
              <w:rPr>
                <w:bCs/>
                <w:sz w:val="20"/>
                <w:lang w:val="ru-RU"/>
              </w:rPr>
              <w:t>Ақтөбе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облысының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нотариусы.</w:t>
            </w:r>
          </w:p>
          <w:p w14:paraId="507204D1" w14:textId="77777777" w:rsidR="008A65C5" w:rsidRPr="008A65C5" w:rsidRDefault="008A65C5" w:rsidP="008A65C5">
            <w:pPr>
              <w:rPr>
                <w:bCs/>
                <w:sz w:val="20"/>
                <w:lang w:val="ru-RU"/>
              </w:rPr>
            </w:pPr>
            <w:proofErr w:type="spellStart"/>
            <w:r w:rsidRPr="008A65C5">
              <w:rPr>
                <w:bCs/>
                <w:sz w:val="20"/>
                <w:lang w:val="ru-RU"/>
              </w:rPr>
              <w:t>Тұтынушылардың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құқықтарын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қорғау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жөніндегі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ведомствоаралық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жұмыс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тобының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мүшесі</w:t>
            </w:r>
            <w:proofErr w:type="spellEnd"/>
            <w:r w:rsidRPr="008A65C5">
              <w:rPr>
                <w:bCs/>
                <w:sz w:val="20"/>
                <w:lang w:val="ru-RU"/>
              </w:rPr>
              <w:t>.</w:t>
            </w:r>
          </w:p>
          <w:p w14:paraId="412FA635" w14:textId="77777777" w:rsidR="008A65C5" w:rsidRPr="008A65C5" w:rsidRDefault="008A65C5" w:rsidP="008A65C5">
            <w:pPr>
              <w:rPr>
                <w:bCs/>
                <w:sz w:val="20"/>
                <w:lang w:val="ru-RU"/>
              </w:rPr>
            </w:pPr>
            <w:proofErr w:type="spellStart"/>
            <w:r w:rsidRPr="008A65C5">
              <w:rPr>
                <w:bCs/>
                <w:sz w:val="20"/>
                <w:lang w:val="ru-RU"/>
              </w:rPr>
              <w:t>Ғылыми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Cs/>
                <w:sz w:val="20"/>
                <w:lang w:val="ru-RU"/>
              </w:rPr>
              <w:t>мақалалардың</w:t>
            </w:r>
            <w:proofErr w:type="spellEnd"/>
            <w:r w:rsidRPr="008A65C5">
              <w:rPr>
                <w:bCs/>
                <w:sz w:val="20"/>
                <w:lang w:val="ru-RU"/>
              </w:rPr>
              <w:t xml:space="preserve"> авторы.</w:t>
            </w:r>
          </w:p>
          <w:p w14:paraId="5C0828C0" w14:textId="77777777" w:rsidR="008A65C5" w:rsidRPr="008A65C5" w:rsidRDefault="008A65C5" w:rsidP="008A65C5">
            <w:pPr>
              <w:rPr>
                <w:bCs/>
                <w:sz w:val="20"/>
                <w:lang w:val="ru-RU"/>
              </w:rPr>
            </w:pPr>
          </w:p>
          <w:p w14:paraId="20463A35" w14:textId="5D594769" w:rsidR="00D426B1" w:rsidRPr="00D426B1" w:rsidRDefault="008A65C5" w:rsidP="008A65C5">
            <w:pPr>
              <w:rPr>
                <w:b/>
                <w:bCs/>
                <w:lang w:val="ru-RU"/>
              </w:rPr>
            </w:pPr>
            <w:proofErr w:type="spellStart"/>
            <w:r w:rsidRPr="008A65C5">
              <w:rPr>
                <w:bCs/>
                <w:sz w:val="20"/>
                <w:lang w:val="ru-RU"/>
              </w:rPr>
              <w:t>Тақырыбы</w:t>
            </w:r>
            <w:proofErr w:type="spellEnd"/>
            <w:r w:rsidRPr="008A65C5">
              <w:rPr>
                <w:bCs/>
                <w:sz w:val="20"/>
                <w:lang w:val="ru-RU"/>
              </w:rPr>
              <w:t>:</w:t>
            </w:r>
            <w:r>
              <w:rPr>
                <w:bCs/>
                <w:sz w:val="20"/>
                <w:lang w:val="ru-RU"/>
              </w:rPr>
              <w:t xml:space="preserve"> </w:t>
            </w:r>
            <w:r w:rsidRPr="008A65C5">
              <w:rPr>
                <w:b/>
                <w:sz w:val="20"/>
                <w:lang w:val="ru-RU"/>
              </w:rPr>
              <w:t>«</w:t>
            </w:r>
            <w:proofErr w:type="spellStart"/>
            <w:r w:rsidRPr="008A65C5">
              <w:rPr>
                <w:b/>
                <w:sz w:val="20"/>
                <w:lang w:val="ru-RU"/>
              </w:rPr>
              <w:t>Қажетсіз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оқиғадан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кейінгі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медиация: “</w:t>
            </w:r>
            <w:proofErr w:type="spellStart"/>
            <w:r w:rsidRPr="008A65C5">
              <w:rPr>
                <w:b/>
                <w:sz w:val="20"/>
                <w:lang w:val="ru-RU"/>
              </w:rPr>
              <w:t>ашық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жария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ету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” </w:t>
            </w:r>
            <w:proofErr w:type="spellStart"/>
            <w:r w:rsidRPr="008A65C5">
              <w:rPr>
                <w:b/>
                <w:sz w:val="20"/>
                <w:lang w:val="ru-RU"/>
              </w:rPr>
              <w:t>және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келісім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комиссиясы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— </w:t>
            </w:r>
            <w:proofErr w:type="spellStart"/>
            <w:r w:rsidRPr="008A65C5">
              <w:rPr>
                <w:b/>
                <w:sz w:val="20"/>
                <w:lang w:val="ru-RU"/>
              </w:rPr>
              <w:t>Just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Culture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құралы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және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нәтижелерді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жақсарту</w:t>
            </w:r>
            <w:proofErr w:type="spellEnd"/>
            <w:r w:rsidRPr="008A65C5">
              <w:rPr>
                <w:b/>
                <w:sz w:val="20"/>
                <w:lang w:val="ru-RU"/>
              </w:rPr>
              <w:t xml:space="preserve"> </w:t>
            </w:r>
            <w:proofErr w:type="spellStart"/>
            <w:r w:rsidRPr="008A65C5">
              <w:rPr>
                <w:b/>
                <w:sz w:val="20"/>
                <w:lang w:val="ru-RU"/>
              </w:rPr>
              <w:t>тәсілі</w:t>
            </w:r>
            <w:proofErr w:type="spellEnd"/>
            <w:r w:rsidRPr="008A65C5">
              <w:rPr>
                <w:b/>
                <w:sz w:val="20"/>
                <w:lang w:val="ru-RU"/>
              </w:rPr>
              <w:t>»</w:t>
            </w:r>
          </w:p>
        </w:tc>
        <w:tc>
          <w:tcPr>
            <w:tcW w:w="2587" w:type="dxa"/>
            <w:gridSpan w:val="3"/>
            <w:vAlign w:val="center"/>
          </w:tcPr>
          <w:p w14:paraId="139C504A" w14:textId="1E2D2827" w:rsidR="00D426B1" w:rsidRPr="006E5DDF" w:rsidRDefault="00FC253E" w:rsidP="004929D2">
            <w:pPr>
              <w:rPr>
                <w:lang w:val="ru-RU"/>
              </w:rPr>
            </w:pPr>
            <w:r w:rsidRPr="00FC253E">
              <w:rPr>
                <w:rFonts w:ascii="Calibri" w:eastAsia="Calibri" w:hAnsi="Calibri" w:cs="Calibri"/>
                <w:noProof/>
                <w:sz w:val="22"/>
                <w:lang w:val="ru-RU"/>
              </w:rPr>
              <w:drawing>
                <wp:inline distT="0" distB="0" distL="0" distR="0" wp14:anchorId="456A19F0" wp14:editId="57E816AA">
                  <wp:extent cx="1622801" cy="2160270"/>
                  <wp:effectExtent l="0" t="0" r="0" b="0"/>
                  <wp:docPr id="9" name="Рисунок 1" descr="C:\Users\comp\Desktop\Папка С.А\Фото сессия\Selekt88\_RAW05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1" descr="C:\Users\comp\Desktop\Папка С.А\Фото сессия\Selekt88\_RAW05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1215" cy="21714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3A0A" w:rsidRPr="00C85B12" w14:paraId="57195CE2" w14:textId="24C0A67C" w:rsidTr="00943A0A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F6751AA" w14:textId="12AAB3B2" w:rsidR="00943A0A" w:rsidRPr="00561F0D" w:rsidRDefault="00943A0A" w:rsidP="004929D2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</w:rPr>
              <w:lastRenderedPageBreak/>
              <w:t>15:20–15:</w:t>
            </w:r>
            <w:r>
              <w:rPr>
                <w:b/>
                <w:sz w:val="20"/>
                <w:lang w:val="ru-RU"/>
              </w:rPr>
              <w:t>40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9B4C997" w14:textId="6B0B5CB2" w:rsidR="00943A0A" w:rsidRDefault="00BC707D" w:rsidP="004929D2">
            <w:pPr>
              <w:rPr>
                <w:b/>
                <w:sz w:val="20"/>
              </w:rPr>
            </w:pPr>
            <w:proofErr w:type="spellStart"/>
            <w:r w:rsidRPr="00983CC0">
              <w:rPr>
                <w:b/>
                <w:sz w:val="20"/>
              </w:rPr>
              <w:t>Халықаралық</w:t>
            </w:r>
            <w:proofErr w:type="spellEnd"/>
            <w:r w:rsidRPr="00983CC0">
              <w:rPr>
                <w:b/>
                <w:sz w:val="20"/>
              </w:rPr>
              <w:t xml:space="preserve"> </w:t>
            </w:r>
            <w:proofErr w:type="spellStart"/>
            <w:r w:rsidRPr="00983CC0">
              <w:rPr>
                <w:b/>
                <w:sz w:val="20"/>
              </w:rPr>
              <w:t>баяндама</w:t>
            </w:r>
            <w:proofErr w:type="spellEnd"/>
          </w:p>
        </w:tc>
        <w:tc>
          <w:tcPr>
            <w:tcW w:w="5280" w:type="dxa"/>
            <w:gridSpan w:val="6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7A66FBC" w14:textId="18EB85B3" w:rsidR="00943A0A" w:rsidRPr="00BC707D" w:rsidRDefault="00943A0A" w:rsidP="004929D2">
            <w:pPr>
              <w:rPr>
                <w:sz w:val="20"/>
              </w:rPr>
            </w:pPr>
            <w:proofErr w:type="spellStart"/>
            <w:r w:rsidRPr="00AF06FF">
              <w:rPr>
                <w:b/>
                <w:bCs/>
                <w:sz w:val="24"/>
                <w:szCs w:val="24"/>
                <w:lang w:val="ru-RU"/>
              </w:rPr>
              <w:t>Праздникова</w:t>
            </w:r>
            <w:proofErr w:type="spellEnd"/>
            <w:r w:rsidRPr="00BC707D">
              <w:rPr>
                <w:b/>
                <w:bCs/>
                <w:sz w:val="24"/>
                <w:szCs w:val="24"/>
              </w:rPr>
              <w:t xml:space="preserve"> </w:t>
            </w:r>
            <w:r w:rsidRPr="00AF06FF">
              <w:rPr>
                <w:b/>
                <w:bCs/>
                <w:sz w:val="24"/>
                <w:szCs w:val="24"/>
                <w:lang w:val="ru-RU"/>
              </w:rPr>
              <w:t>Эрика</w:t>
            </w:r>
            <w:r w:rsidRPr="00BC707D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AF06FF">
              <w:rPr>
                <w:b/>
                <w:bCs/>
                <w:sz w:val="24"/>
                <w:szCs w:val="24"/>
                <w:lang w:val="ru-RU"/>
              </w:rPr>
              <w:t>Наримановича</w:t>
            </w:r>
            <w:proofErr w:type="spellEnd"/>
            <w:r w:rsidRPr="00BC707D">
              <w:t xml:space="preserve"> — </w:t>
            </w:r>
            <w:proofErr w:type="spellStart"/>
            <w:r w:rsidR="00BC707D" w:rsidRPr="00BC707D">
              <w:rPr>
                <w:lang w:val="ru-RU"/>
              </w:rPr>
              <w:t>дәрігер</w:t>
            </w:r>
            <w:proofErr w:type="spellEnd"/>
            <w:r w:rsidR="00BC707D" w:rsidRPr="00BC707D">
              <w:t xml:space="preserve">, </w:t>
            </w:r>
            <w:proofErr w:type="spellStart"/>
            <w:r w:rsidR="00BC707D" w:rsidRPr="00BC707D">
              <w:rPr>
                <w:lang w:val="ru-RU"/>
              </w:rPr>
              <w:t>денсаулық</w:t>
            </w:r>
            <w:proofErr w:type="spellEnd"/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сақтау</w:t>
            </w:r>
            <w:proofErr w:type="spellEnd"/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ұйымдастырушысы</w:t>
            </w:r>
            <w:proofErr w:type="spellEnd"/>
            <w:r w:rsidR="00BC707D" w:rsidRPr="00BC707D">
              <w:t xml:space="preserve">, </w:t>
            </w:r>
            <w:r w:rsidR="00BC707D" w:rsidRPr="00BC707D">
              <w:rPr>
                <w:lang w:val="ru-RU"/>
              </w:rPr>
              <w:t>А</w:t>
            </w:r>
            <w:r w:rsidR="00BC707D" w:rsidRPr="00BC707D">
              <w:t xml:space="preserve">. </w:t>
            </w:r>
            <w:r w:rsidR="00BC707D" w:rsidRPr="00BC707D">
              <w:rPr>
                <w:lang w:val="ru-RU"/>
              </w:rPr>
              <w:t>И</w:t>
            </w:r>
            <w:r w:rsidR="00BC707D" w:rsidRPr="00BC707D">
              <w:t xml:space="preserve">. </w:t>
            </w:r>
            <w:r w:rsidR="00BC707D" w:rsidRPr="00BC707D">
              <w:rPr>
                <w:lang w:val="ru-RU"/>
              </w:rPr>
              <w:t>Евдокимов</w:t>
            </w:r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атындағы</w:t>
            </w:r>
            <w:proofErr w:type="spellEnd"/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Мәскеу</w:t>
            </w:r>
            <w:proofErr w:type="spellEnd"/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мемлекеттік</w:t>
            </w:r>
            <w:proofErr w:type="spellEnd"/>
            <w:r w:rsidR="00BC707D" w:rsidRPr="00BC707D">
              <w:t xml:space="preserve"> </w:t>
            </w:r>
            <w:r w:rsidR="00BC707D" w:rsidRPr="00BC707D">
              <w:rPr>
                <w:lang w:val="ru-RU"/>
              </w:rPr>
              <w:t>медицина</w:t>
            </w:r>
            <w:r w:rsidR="00BC707D" w:rsidRPr="00BC707D">
              <w:t>-</w:t>
            </w:r>
            <w:r w:rsidR="00BC707D" w:rsidRPr="00BC707D">
              <w:rPr>
                <w:lang w:val="ru-RU"/>
              </w:rPr>
              <w:t>стоматология</w:t>
            </w:r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университеті</w:t>
            </w:r>
            <w:proofErr w:type="spellEnd"/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ректорының</w:t>
            </w:r>
            <w:proofErr w:type="spellEnd"/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көмекшісі</w:t>
            </w:r>
            <w:proofErr w:type="spellEnd"/>
            <w:r w:rsidR="00BC707D" w:rsidRPr="00BC707D">
              <w:t xml:space="preserve">, </w:t>
            </w:r>
            <w:r w:rsidR="00BC707D" w:rsidRPr="00BC707D">
              <w:rPr>
                <w:lang w:val="ru-RU"/>
              </w:rPr>
              <w:t>университет</w:t>
            </w:r>
            <w:r w:rsidR="00BC707D" w:rsidRPr="00BC707D">
              <w:t xml:space="preserve"> </w:t>
            </w:r>
            <w:proofErr w:type="spellStart"/>
            <w:r w:rsidR="00BC707D" w:rsidRPr="00BC707D">
              <w:rPr>
                <w:lang w:val="ru-RU"/>
              </w:rPr>
              <w:t>клиникасының</w:t>
            </w:r>
            <w:proofErr w:type="spellEnd"/>
            <w:r w:rsidR="00BC707D" w:rsidRPr="00BC707D">
              <w:t xml:space="preserve"> </w:t>
            </w:r>
            <w:r w:rsidR="00BC707D" w:rsidRPr="00BC707D">
              <w:rPr>
                <w:lang w:val="ru-RU"/>
              </w:rPr>
              <w:t>директоры</w:t>
            </w:r>
            <w:r w:rsidR="00BC707D" w:rsidRPr="00BC707D">
              <w:t>.</w:t>
            </w:r>
          </w:p>
        </w:tc>
        <w:tc>
          <w:tcPr>
            <w:tcW w:w="2503" w:type="dxa"/>
            <w:vAlign w:val="center"/>
          </w:tcPr>
          <w:p w14:paraId="0DBF9D7F" w14:textId="112843A9" w:rsidR="00943A0A" w:rsidRPr="00AF06FF" w:rsidRDefault="00943A0A" w:rsidP="004929D2">
            <w:pPr>
              <w:rPr>
                <w:sz w:val="20"/>
                <w:lang w:val="ru-RU"/>
              </w:rPr>
            </w:pPr>
            <w:r w:rsidRPr="00943A0A">
              <w:rPr>
                <w:rFonts w:eastAsia="Calibri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50B86669" wp14:editId="4D3DB6F1">
                  <wp:extent cx="1788090" cy="2251587"/>
                  <wp:effectExtent l="0" t="0" r="3175" b="0"/>
                  <wp:docPr id="14342245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422453" name="Рисунок 14342245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8574" cy="22647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6534" w:rsidRPr="00BC707D" w14:paraId="6337C4D4" w14:textId="77777777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5C6E284" w14:textId="43EF2F1D" w:rsidR="00E56534" w:rsidRPr="00561F0D" w:rsidRDefault="00E56534" w:rsidP="00E56534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15:40-16:05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9EC88B1" w14:textId="765F2EFC" w:rsidR="00E56534" w:rsidRPr="003E4741" w:rsidRDefault="00BC707D" w:rsidP="00E56534">
            <w:pPr>
              <w:rPr>
                <w:b/>
                <w:sz w:val="20"/>
                <w:lang w:val="kk-KZ"/>
              </w:rPr>
            </w:pPr>
            <w:proofErr w:type="spellStart"/>
            <w:r w:rsidRPr="00BC707D">
              <w:rPr>
                <w:b/>
                <w:sz w:val="20"/>
              </w:rPr>
              <w:t>Еркін</w:t>
            </w:r>
            <w:proofErr w:type="spellEnd"/>
            <w:r w:rsidRPr="00BC707D">
              <w:rPr>
                <w:b/>
                <w:sz w:val="20"/>
              </w:rPr>
              <w:t xml:space="preserve"> </w:t>
            </w:r>
            <w:proofErr w:type="spellStart"/>
            <w:r w:rsidRPr="00BC707D">
              <w:rPr>
                <w:b/>
                <w:sz w:val="20"/>
              </w:rPr>
              <w:t>микрофон</w:t>
            </w:r>
            <w:proofErr w:type="spellEnd"/>
          </w:p>
        </w:tc>
        <w:tc>
          <w:tcPr>
            <w:tcW w:w="7783" w:type="dxa"/>
            <w:gridSpan w:val="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244C49E" w14:textId="3B16CC2F" w:rsidR="00E56534" w:rsidRPr="00BC707D" w:rsidRDefault="00BC707D" w:rsidP="00E56534">
            <w:pPr>
              <w:rPr>
                <w:lang w:val="kk-KZ"/>
              </w:rPr>
            </w:pPr>
            <w:r w:rsidRPr="00BC707D">
              <w:rPr>
                <w:sz w:val="20"/>
                <w:lang w:val="kk-KZ"/>
              </w:rPr>
              <w:t>Бағдарламада «Еркін микрофон» бөлімі қарастырылған</w:t>
            </w:r>
            <w:r w:rsidRPr="00BC707D">
              <w:rPr>
                <w:sz w:val="20"/>
                <w:lang w:val="kk-KZ"/>
              </w:rPr>
              <w:t xml:space="preserve"> </w:t>
            </w:r>
          </w:p>
        </w:tc>
      </w:tr>
      <w:tr w:rsidR="00E56534" w:rsidRPr="00C85B12" w14:paraId="3423EF93" w14:textId="77777777" w:rsidTr="007D0EBE">
        <w:trPr>
          <w:jc w:val="center"/>
        </w:trPr>
        <w:tc>
          <w:tcPr>
            <w:tcW w:w="988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D419DB8" w14:textId="6C6BADC6" w:rsidR="00E56534" w:rsidRDefault="00BC5929" w:rsidP="00E56534">
            <w:pPr>
              <w:jc w:val="center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17:00</w:t>
            </w:r>
          </w:p>
        </w:tc>
        <w:tc>
          <w:tcPr>
            <w:tcW w:w="1842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94C78E7" w14:textId="7014D8A0" w:rsidR="00E56534" w:rsidRDefault="00BC707D" w:rsidP="00E56534">
            <w:pPr>
              <w:rPr>
                <w:b/>
                <w:sz w:val="20"/>
              </w:rPr>
            </w:pPr>
            <w:proofErr w:type="spellStart"/>
            <w:r w:rsidRPr="00BC707D">
              <w:rPr>
                <w:b/>
                <w:sz w:val="20"/>
              </w:rPr>
              <w:t>Бірінші</w:t>
            </w:r>
            <w:proofErr w:type="spellEnd"/>
            <w:r w:rsidRPr="00BC707D">
              <w:rPr>
                <w:b/>
                <w:sz w:val="20"/>
              </w:rPr>
              <w:t xml:space="preserve"> </w:t>
            </w:r>
            <w:proofErr w:type="spellStart"/>
            <w:r w:rsidRPr="00BC707D">
              <w:rPr>
                <w:b/>
                <w:sz w:val="20"/>
              </w:rPr>
              <w:t>күннің</w:t>
            </w:r>
            <w:proofErr w:type="spellEnd"/>
            <w:r w:rsidRPr="00BC707D">
              <w:rPr>
                <w:b/>
                <w:sz w:val="20"/>
              </w:rPr>
              <w:t xml:space="preserve"> </w:t>
            </w:r>
            <w:proofErr w:type="spellStart"/>
            <w:r w:rsidRPr="00BC707D">
              <w:rPr>
                <w:b/>
                <w:sz w:val="20"/>
              </w:rPr>
              <w:t>қорытындысы</w:t>
            </w:r>
            <w:proofErr w:type="spellEnd"/>
          </w:p>
        </w:tc>
        <w:tc>
          <w:tcPr>
            <w:tcW w:w="7783" w:type="dxa"/>
            <w:gridSpan w:val="7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9B46563" w14:textId="54E7EC59" w:rsidR="00E56534" w:rsidRPr="006E5DDF" w:rsidRDefault="00BC707D" w:rsidP="00E56534">
            <w:pPr>
              <w:rPr>
                <w:lang w:val="ru-RU"/>
              </w:rPr>
            </w:pPr>
            <w:proofErr w:type="spellStart"/>
            <w:r w:rsidRPr="00BC707D">
              <w:rPr>
                <w:sz w:val="20"/>
                <w:lang w:val="ru-RU"/>
              </w:rPr>
              <w:t>Бірінші</w:t>
            </w:r>
            <w:proofErr w:type="spellEnd"/>
            <w:r w:rsidRPr="00BC707D">
              <w:rPr>
                <w:sz w:val="20"/>
                <w:lang w:val="ru-RU"/>
              </w:rPr>
              <w:t xml:space="preserve"> </w:t>
            </w:r>
            <w:proofErr w:type="spellStart"/>
            <w:r w:rsidRPr="00BC707D">
              <w:rPr>
                <w:sz w:val="20"/>
                <w:lang w:val="ru-RU"/>
              </w:rPr>
              <w:t>күннің</w:t>
            </w:r>
            <w:proofErr w:type="spellEnd"/>
            <w:r w:rsidRPr="00BC707D">
              <w:rPr>
                <w:sz w:val="20"/>
                <w:lang w:val="ru-RU"/>
              </w:rPr>
              <w:t xml:space="preserve"> </w:t>
            </w:r>
            <w:proofErr w:type="spellStart"/>
            <w:r w:rsidRPr="00BC707D">
              <w:rPr>
                <w:sz w:val="20"/>
                <w:lang w:val="ru-RU"/>
              </w:rPr>
              <w:t>бағдарламасы</w:t>
            </w:r>
            <w:proofErr w:type="spellEnd"/>
            <w:r w:rsidRPr="00BC707D">
              <w:rPr>
                <w:sz w:val="20"/>
                <w:lang w:val="ru-RU"/>
              </w:rPr>
              <w:t xml:space="preserve"> </w:t>
            </w:r>
            <w:proofErr w:type="spellStart"/>
            <w:r w:rsidRPr="00BC707D">
              <w:rPr>
                <w:sz w:val="20"/>
                <w:lang w:val="ru-RU"/>
              </w:rPr>
              <w:t>аяқталды</w:t>
            </w:r>
            <w:proofErr w:type="spellEnd"/>
            <w:r w:rsidR="00E56534" w:rsidRPr="006E5DDF">
              <w:rPr>
                <w:sz w:val="20"/>
                <w:lang w:val="ru-RU"/>
              </w:rPr>
              <w:t>.</w:t>
            </w:r>
          </w:p>
          <w:p w14:paraId="35C726B0" w14:textId="2CF17043" w:rsidR="00E56534" w:rsidRPr="006E5DDF" w:rsidRDefault="00E56534" w:rsidP="00E56534">
            <w:pPr>
              <w:rPr>
                <w:sz w:val="20"/>
                <w:lang w:val="ru-RU"/>
              </w:rPr>
            </w:pPr>
          </w:p>
        </w:tc>
      </w:tr>
    </w:tbl>
    <w:bookmarkEnd w:id="0"/>
    <w:bookmarkEnd w:id="1"/>
    <w:p w14:paraId="43CEFFFE" w14:textId="7FEC28A3" w:rsidR="00213DAE" w:rsidRPr="006E5DDF" w:rsidRDefault="00C568C2" w:rsidP="00BE5AA2">
      <w:pPr>
        <w:spacing w:after="0" w:line="240" w:lineRule="auto"/>
        <w:rPr>
          <w:lang w:val="ru-RU"/>
        </w:rPr>
      </w:pPr>
      <w:r w:rsidRPr="006E5DDF">
        <w:rPr>
          <w:b/>
          <w:color w:val="1F4E79"/>
          <w:sz w:val="28"/>
          <w:lang w:val="ru-RU"/>
        </w:rPr>
        <w:t>ДЕНЬ 2 — 27 марта 2026 года</w:t>
      </w:r>
    </w:p>
    <w:p w14:paraId="773F94FA" w14:textId="77777777" w:rsidR="00213DAE" w:rsidRPr="006E5DDF" w:rsidRDefault="00C568C2" w:rsidP="004929D2">
      <w:pPr>
        <w:pStyle w:val="SmallNote"/>
        <w:spacing w:after="0" w:line="240" w:lineRule="auto"/>
        <w:rPr>
          <w:lang w:val="ru-RU"/>
        </w:rPr>
      </w:pPr>
      <w:r w:rsidRPr="006E5DDF">
        <w:rPr>
          <w:i w:val="0"/>
          <w:lang w:val="ru-RU"/>
        </w:rPr>
        <w:t>Продолжение программы, свободный микрофон, практические кейсы, закрытие</w:t>
      </w:r>
    </w:p>
    <w:tbl>
      <w:tblPr>
        <w:tblStyle w:val="aff0"/>
        <w:tblW w:w="10767" w:type="dxa"/>
        <w:jc w:val="center"/>
        <w:tblLayout w:type="fixed"/>
        <w:tblLook w:val="04A0" w:firstRow="1" w:lastRow="0" w:firstColumn="1" w:lastColumn="0" w:noHBand="0" w:noVBand="1"/>
      </w:tblPr>
      <w:tblGrid>
        <w:gridCol w:w="1268"/>
        <w:gridCol w:w="1843"/>
        <w:gridCol w:w="4958"/>
        <w:gridCol w:w="2698"/>
      </w:tblGrid>
      <w:tr w:rsidR="00213DAE" w14:paraId="1D5BEE29" w14:textId="77777777" w:rsidTr="00A20CC9">
        <w:trPr>
          <w:jc w:val="center"/>
        </w:trPr>
        <w:tc>
          <w:tcPr>
            <w:tcW w:w="1269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D4335A0" w14:textId="77777777" w:rsidR="00213DAE" w:rsidRDefault="00C568C2" w:rsidP="004929D2">
            <w:pPr>
              <w:jc w:val="center"/>
            </w:pPr>
            <w:proofErr w:type="spellStart"/>
            <w:r>
              <w:rPr>
                <w:b/>
              </w:rPr>
              <w:t>Время</w:t>
            </w:r>
            <w:proofErr w:type="spellEnd"/>
          </w:p>
        </w:tc>
        <w:tc>
          <w:tcPr>
            <w:tcW w:w="1843" w:type="dxa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6D303C" w14:textId="77777777" w:rsidR="00213DAE" w:rsidRDefault="00C568C2" w:rsidP="004929D2">
            <w:pPr>
              <w:jc w:val="center"/>
            </w:pPr>
            <w:proofErr w:type="spellStart"/>
            <w:r>
              <w:rPr>
                <w:b/>
              </w:rPr>
              <w:t>Блок</w:t>
            </w:r>
            <w:proofErr w:type="spellEnd"/>
          </w:p>
        </w:tc>
        <w:tc>
          <w:tcPr>
            <w:tcW w:w="7655" w:type="dxa"/>
            <w:gridSpan w:val="2"/>
            <w:shd w:val="clear" w:color="auto" w:fill="D9EAF7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5E06A54" w14:textId="77777777" w:rsidR="00213DAE" w:rsidRDefault="00C568C2" w:rsidP="004929D2">
            <w:pPr>
              <w:jc w:val="center"/>
            </w:pPr>
            <w:proofErr w:type="spellStart"/>
            <w:r>
              <w:rPr>
                <w:b/>
              </w:rPr>
              <w:t>Текст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ведущего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ремарка</w:t>
            </w:r>
            <w:proofErr w:type="spellEnd"/>
          </w:p>
        </w:tc>
      </w:tr>
      <w:tr w:rsidR="00213DAE" w:rsidRPr="00C85B12" w14:paraId="7E37EE61" w14:textId="77777777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ACC65F8" w14:textId="77777777" w:rsidR="00213DAE" w:rsidRDefault="00C568C2" w:rsidP="004929D2">
            <w:pPr>
              <w:jc w:val="center"/>
            </w:pPr>
            <w:r>
              <w:rPr>
                <w:b/>
                <w:sz w:val="20"/>
              </w:rPr>
              <w:t>09:30–10:00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E70DB72" w14:textId="77777777" w:rsidR="00213DAE" w:rsidRDefault="00C568C2" w:rsidP="004929D2">
            <w:proofErr w:type="spellStart"/>
            <w:r>
              <w:rPr>
                <w:b/>
                <w:sz w:val="20"/>
              </w:rPr>
              <w:t>Регистрация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участников</w:t>
            </w:r>
            <w:proofErr w:type="spellEnd"/>
          </w:p>
        </w:tc>
        <w:tc>
          <w:tcPr>
            <w:tcW w:w="7655" w:type="dxa"/>
            <w:gridSpan w:val="2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249B8B33" w14:textId="7459A166" w:rsidR="00213DAE" w:rsidRPr="006E5DDF" w:rsidRDefault="00C568C2" w:rsidP="004929D2">
            <w:pPr>
              <w:rPr>
                <w:lang w:val="ru-RU"/>
              </w:rPr>
            </w:pPr>
            <w:r w:rsidRPr="006E5DDF">
              <w:rPr>
                <w:sz w:val="20"/>
                <w:lang w:val="ru-RU"/>
              </w:rPr>
              <w:t xml:space="preserve">Продолжается регистрация участников второго дня. </w:t>
            </w:r>
          </w:p>
        </w:tc>
      </w:tr>
      <w:tr w:rsidR="00561F0D" w:rsidRPr="00C85B12" w14:paraId="2BDE05B7" w14:textId="77777777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2C0EAB0" w14:textId="77777777" w:rsidR="00561F0D" w:rsidRDefault="00561F0D" w:rsidP="00561F0D">
            <w:pPr>
              <w:jc w:val="center"/>
            </w:pPr>
            <w:r>
              <w:rPr>
                <w:b/>
                <w:sz w:val="20"/>
              </w:rPr>
              <w:t>10:00–10:20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DF827B1" w14:textId="77AA6F79" w:rsidR="00561F0D" w:rsidRPr="00F07932" w:rsidRDefault="00561F0D" w:rsidP="00561F0D">
            <w:pPr>
              <w:rPr>
                <w:lang w:val="ru-RU"/>
              </w:rPr>
            </w:pPr>
            <w:proofErr w:type="spellStart"/>
            <w:r>
              <w:rPr>
                <w:b/>
                <w:sz w:val="20"/>
              </w:rPr>
              <w:t>Приветственное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слово</w:t>
            </w:r>
            <w:proofErr w:type="spellEnd"/>
            <w:r>
              <w:rPr>
                <w:b/>
                <w:sz w:val="20"/>
              </w:rPr>
              <w:t xml:space="preserve"> </w:t>
            </w:r>
            <w:r w:rsidR="00F07932">
              <w:rPr>
                <w:b/>
                <w:sz w:val="20"/>
                <w:lang w:val="ru-RU"/>
              </w:rPr>
              <w:t>гостей</w:t>
            </w:r>
          </w:p>
        </w:tc>
        <w:tc>
          <w:tcPr>
            <w:tcW w:w="7655" w:type="dxa"/>
            <w:gridSpan w:val="2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8958A0E" w14:textId="6CB87B7E" w:rsidR="00561F0D" w:rsidRPr="006E5DDF" w:rsidRDefault="00F07932" w:rsidP="00561F0D">
            <w:pPr>
              <w:rPr>
                <w:lang w:val="ru-RU"/>
              </w:rPr>
            </w:pPr>
            <w:r>
              <w:rPr>
                <w:sz w:val="20"/>
                <w:lang w:val="ru-RU"/>
              </w:rPr>
              <w:t>По сценарию</w:t>
            </w:r>
          </w:p>
        </w:tc>
      </w:tr>
      <w:tr w:rsidR="00CA73BD" w:rsidRPr="00C85B12" w14:paraId="2583927A" w14:textId="1B1F5A8F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F8E1405" w14:textId="77777777" w:rsidR="00CA73BD" w:rsidRDefault="00CA73BD" w:rsidP="004929D2">
            <w:pPr>
              <w:jc w:val="center"/>
            </w:pPr>
            <w:r>
              <w:rPr>
                <w:b/>
                <w:sz w:val="20"/>
              </w:rPr>
              <w:t>10:30–10:50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8A2FC28" w14:textId="77777777" w:rsidR="00CA73BD" w:rsidRDefault="00CA73BD" w:rsidP="004929D2">
            <w:r>
              <w:rPr>
                <w:b/>
                <w:sz w:val="20"/>
              </w:rPr>
              <w:t>Международный доклад</w:t>
            </w:r>
          </w:p>
        </w:tc>
        <w:tc>
          <w:tcPr>
            <w:tcW w:w="495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04BBF7A" w14:textId="77777777" w:rsidR="00CA73BD" w:rsidRPr="00CA73BD" w:rsidRDefault="00CA73BD" w:rsidP="00CA73BD">
            <w:pPr>
              <w:rPr>
                <w:lang/>
              </w:rPr>
            </w:pPr>
            <w:r w:rsidRPr="00CA73BD">
              <w:rPr>
                <w:b/>
                <w:bCs/>
                <w:lang/>
              </w:rPr>
              <w:t>Murat Kucukkaya</w:t>
            </w:r>
            <w:r w:rsidRPr="00CA73BD">
              <w:rPr>
                <w:b/>
                <w:bCs/>
                <w:lang/>
              </w:rPr>
              <w:br/>
            </w:r>
            <w:r w:rsidRPr="00CA73BD">
              <w:rPr>
                <w:lang/>
              </w:rPr>
              <w:t>Managing Director, Middle East &amp; Africa, Joint Commission International (JCI)</w:t>
            </w:r>
          </w:p>
          <w:p w14:paraId="04FD7CB2" w14:textId="77777777" w:rsidR="00CA73BD" w:rsidRPr="00CA73BD" w:rsidRDefault="00CA73BD" w:rsidP="00CA73BD">
            <w:pPr>
              <w:numPr>
                <w:ilvl w:val="0"/>
                <w:numId w:val="10"/>
              </w:numPr>
              <w:rPr>
                <w:lang/>
              </w:rPr>
            </w:pPr>
            <w:r w:rsidRPr="00CA73BD">
              <w:rPr>
                <w:lang/>
              </w:rPr>
              <w:t xml:space="preserve">Международный эксперт по аккредитации медицинских организаций </w:t>
            </w:r>
          </w:p>
          <w:p w14:paraId="0BA5762F" w14:textId="77777777" w:rsidR="00CA73BD" w:rsidRPr="00CA73BD" w:rsidRDefault="00CA73BD" w:rsidP="00CA73BD">
            <w:pPr>
              <w:numPr>
                <w:ilvl w:val="0"/>
                <w:numId w:val="10"/>
              </w:numPr>
              <w:rPr>
                <w:lang/>
              </w:rPr>
            </w:pPr>
            <w:r w:rsidRPr="00CA73BD">
              <w:rPr>
                <w:lang/>
              </w:rPr>
              <w:t xml:space="preserve">Эксперт в области управления качеством и безопасности пациентов </w:t>
            </w:r>
          </w:p>
          <w:p w14:paraId="65B3A16B" w14:textId="77777777" w:rsidR="00CA73BD" w:rsidRPr="00CA73BD" w:rsidRDefault="00CA73BD" w:rsidP="00CA73BD">
            <w:pPr>
              <w:numPr>
                <w:ilvl w:val="0"/>
                <w:numId w:val="10"/>
              </w:numPr>
              <w:rPr>
                <w:lang/>
              </w:rPr>
            </w:pPr>
            <w:r w:rsidRPr="00CA73BD">
              <w:rPr>
                <w:lang/>
              </w:rPr>
              <w:t xml:space="preserve">Более 30 лет опыта в здравоохранении </w:t>
            </w:r>
          </w:p>
          <w:p w14:paraId="3744767D" w14:textId="77777777" w:rsidR="00CA73BD" w:rsidRPr="00CA73BD" w:rsidRDefault="00CA73BD" w:rsidP="00CA73BD">
            <w:pPr>
              <w:numPr>
                <w:ilvl w:val="0"/>
                <w:numId w:val="10"/>
              </w:numPr>
              <w:rPr>
                <w:lang/>
              </w:rPr>
            </w:pPr>
            <w:r w:rsidRPr="00CA73BD">
              <w:rPr>
                <w:lang/>
              </w:rPr>
              <w:t xml:space="preserve">Руководящий опыт в США, ОАЭ, Турции, Омане </w:t>
            </w:r>
          </w:p>
          <w:p w14:paraId="58827379" w14:textId="77777777" w:rsidR="00CA73BD" w:rsidRPr="00CA73BD" w:rsidRDefault="00CA73BD" w:rsidP="00CA73BD">
            <w:pPr>
              <w:numPr>
                <w:ilvl w:val="0"/>
                <w:numId w:val="10"/>
              </w:numPr>
              <w:rPr>
                <w:lang/>
              </w:rPr>
            </w:pPr>
            <w:r w:rsidRPr="00CA73BD">
              <w:rPr>
                <w:lang/>
              </w:rPr>
              <w:t xml:space="preserve">Бывший Hospital Director, Muscat Private Hospital (Оман) — первая JCI-аккредитация в стране </w:t>
            </w:r>
          </w:p>
          <w:p w14:paraId="1F94CF89" w14:textId="77777777" w:rsidR="00CA73BD" w:rsidRPr="00CA73BD" w:rsidRDefault="00CA73BD" w:rsidP="00CA73BD">
            <w:pPr>
              <w:numPr>
                <w:ilvl w:val="0"/>
                <w:numId w:val="10"/>
              </w:numPr>
              <w:rPr>
                <w:lang/>
              </w:rPr>
            </w:pPr>
            <w:r w:rsidRPr="00CA73BD">
              <w:rPr>
                <w:lang/>
              </w:rPr>
              <w:t xml:space="preserve">Бывший Group Chief Operating Officer, Bourn Hall Fertility Center (UAE, India) </w:t>
            </w:r>
          </w:p>
          <w:p w14:paraId="2AEA87CC" w14:textId="77777777" w:rsidR="00CA73BD" w:rsidRPr="00CA73BD" w:rsidRDefault="00CA73BD" w:rsidP="00CA73BD">
            <w:pPr>
              <w:numPr>
                <w:ilvl w:val="0"/>
                <w:numId w:val="10"/>
              </w:numPr>
              <w:rPr>
                <w:lang/>
              </w:rPr>
            </w:pPr>
            <w:r w:rsidRPr="00CA73BD">
              <w:rPr>
                <w:lang/>
              </w:rPr>
              <w:t xml:space="preserve">Senior Advisor, Houston Methodist Global Healthcare Services </w:t>
            </w:r>
          </w:p>
          <w:p w14:paraId="02686C76" w14:textId="77777777" w:rsidR="00CA73BD" w:rsidRPr="00CA73BD" w:rsidRDefault="00CA73BD" w:rsidP="00CA73BD">
            <w:pPr>
              <w:numPr>
                <w:ilvl w:val="0"/>
                <w:numId w:val="10"/>
              </w:numPr>
              <w:rPr>
                <w:lang/>
              </w:rPr>
            </w:pPr>
            <w:r w:rsidRPr="00CA73BD">
              <w:rPr>
                <w:lang/>
              </w:rPr>
              <w:t>MBA в области управления здравоохранением</w:t>
            </w:r>
          </w:p>
          <w:p w14:paraId="55A9B705" w14:textId="7B15AC0D" w:rsidR="00CA73BD" w:rsidRPr="00C637AE" w:rsidRDefault="00CA73BD" w:rsidP="00CA73BD">
            <w:pPr>
              <w:rPr>
                <w:b/>
                <w:bCs/>
                <w:sz w:val="24"/>
                <w:szCs w:val="24"/>
              </w:rPr>
            </w:pPr>
            <w:r w:rsidRPr="00CA73BD">
              <w:rPr>
                <w:b/>
                <w:bCs/>
                <w:lang w:val="ru-RU"/>
              </w:rPr>
              <w:t xml:space="preserve"> </w:t>
            </w:r>
            <w:r w:rsidRPr="006914A5">
              <w:rPr>
                <w:b/>
                <w:bCs/>
                <w:sz w:val="24"/>
                <w:szCs w:val="24"/>
                <w:lang w:val="ru-RU"/>
              </w:rPr>
              <w:t>Дубай</w:t>
            </w:r>
            <w:r w:rsidRPr="00C637AE">
              <w:rPr>
                <w:b/>
                <w:bCs/>
                <w:sz w:val="24"/>
                <w:szCs w:val="24"/>
              </w:rPr>
              <w:t>.</w:t>
            </w:r>
          </w:p>
          <w:p w14:paraId="4B7D6B20" w14:textId="2CDF6C5A" w:rsidR="00CA73BD" w:rsidRPr="0056412E" w:rsidRDefault="00CA73BD" w:rsidP="004929D2">
            <w:pPr>
              <w:rPr>
                <w:b/>
                <w:bCs/>
                <w:sz w:val="24"/>
                <w:szCs w:val="24"/>
                <w:lang w:val="ru-RU"/>
              </w:rPr>
            </w:pPr>
            <w:r w:rsidRPr="006E5DDF">
              <w:rPr>
                <w:sz w:val="20"/>
                <w:lang w:val="ru-RU"/>
              </w:rPr>
              <w:t xml:space="preserve">Тема выступления: </w:t>
            </w:r>
            <w:r w:rsidRPr="006914A5">
              <w:rPr>
                <w:b/>
                <w:bCs/>
                <w:sz w:val="24"/>
                <w:szCs w:val="24"/>
                <w:lang w:val="ru-RU"/>
              </w:rPr>
              <w:t>«Управление инцидентами и клиническими рисками».</w:t>
            </w:r>
          </w:p>
        </w:tc>
        <w:tc>
          <w:tcPr>
            <w:tcW w:w="2696" w:type="dxa"/>
            <w:vAlign w:val="center"/>
          </w:tcPr>
          <w:p w14:paraId="1CE1DB25" w14:textId="5B0EFC55" w:rsidR="00CA73BD" w:rsidRPr="006E5DDF" w:rsidRDefault="00CA73BD" w:rsidP="004929D2">
            <w:pPr>
              <w:rPr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8F320EB" wp14:editId="625EE76B">
                  <wp:extent cx="1996440" cy="2042160"/>
                  <wp:effectExtent l="0" t="0" r="381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6440" cy="2042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6C6C" w:rsidRPr="00C85B12" w14:paraId="7F1DC870" w14:textId="2ACC3796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39722B8" w14:textId="77777777" w:rsidR="00A76C6C" w:rsidRDefault="00A76C6C" w:rsidP="004929D2">
            <w:pPr>
              <w:jc w:val="center"/>
            </w:pPr>
            <w:r>
              <w:rPr>
                <w:b/>
                <w:sz w:val="20"/>
              </w:rPr>
              <w:lastRenderedPageBreak/>
              <w:t>11:00–11:20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81BC2DD" w14:textId="77777777" w:rsidR="00A76C6C" w:rsidRDefault="00A76C6C" w:rsidP="004929D2">
            <w:r>
              <w:rPr>
                <w:b/>
                <w:sz w:val="20"/>
              </w:rPr>
              <w:t>Доклад</w:t>
            </w:r>
          </w:p>
        </w:tc>
        <w:tc>
          <w:tcPr>
            <w:tcW w:w="495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C0F5FD7" w14:textId="124C7790" w:rsidR="00A76C6C" w:rsidRPr="006E5DDF" w:rsidRDefault="00A76C6C" w:rsidP="004929D2">
            <w:pPr>
              <w:rPr>
                <w:lang w:val="ru-RU"/>
              </w:rPr>
            </w:pPr>
            <w:proofErr w:type="spellStart"/>
            <w:r w:rsidRPr="006914A5">
              <w:rPr>
                <w:b/>
                <w:bCs/>
                <w:sz w:val="24"/>
                <w:szCs w:val="24"/>
                <w:lang w:val="ru-RU"/>
              </w:rPr>
              <w:t>Дуйсекова</w:t>
            </w:r>
            <w:proofErr w:type="spellEnd"/>
            <w:r w:rsidRPr="006914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14A5">
              <w:rPr>
                <w:b/>
                <w:bCs/>
                <w:sz w:val="24"/>
                <w:szCs w:val="24"/>
                <w:lang w:val="ru-RU"/>
              </w:rPr>
              <w:t>Самал</w:t>
            </w:r>
            <w:proofErr w:type="spellEnd"/>
            <w:r w:rsidRPr="006914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14A5">
              <w:rPr>
                <w:b/>
                <w:bCs/>
                <w:sz w:val="24"/>
                <w:szCs w:val="24"/>
                <w:lang w:val="ru-RU"/>
              </w:rPr>
              <w:t>Байболатовна</w:t>
            </w:r>
            <w:proofErr w:type="spellEnd"/>
            <w:r w:rsidRPr="006E5DDF">
              <w:rPr>
                <w:sz w:val="20"/>
                <w:lang w:val="ru-RU"/>
              </w:rPr>
              <w:t xml:space="preserve"> — доцент кафедры общественного здравоохранения и менеджмента НАО «МУА», национальный эксперт аккредитации в области здравоохранения.</w:t>
            </w:r>
          </w:p>
          <w:p w14:paraId="74DCA6D9" w14:textId="77777777" w:rsidR="00A76C6C" w:rsidRPr="006914A5" w:rsidRDefault="00A76C6C" w:rsidP="004929D2">
            <w:pPr>
              <w:rPr>
                <w:b/>
                <w:bCs/>
                <w:sz w:val="24"/>
                <w:szCs w:val="24"/>
                <w:lang w:val="ru-RU"/>
              </w:rPr>
            </w:pPr>
            <w:r w:rsidRPr="006E5DDF">
              <w:rPr>
                <w:sz w:val="20"/>
                <w:lang w:val="ru-RU"/>
              </w:rPr>
              <w:t xml:space="preserve">Тема доклада: </w:t>
            </w:r>
            <w:r w:rsidRPr="006914A5">
              <w:rPr>
                <w:b/>
                <w:bCs/>
                <w:sz w:val="24"/>
                <w:szCs w:val="24"/>
                <w:lang w:val="ru-RU"/>
              </w:rPr>
              <w:t>«Корпоративное здоровье персонала как научно обоснованный фактор безопасности пациентов и их удовлетворенности медицинской помощью».</w:t>
            </w:r>
          </w:p>
          <w:p w14:paraId="3F4CC491" w14:textId="1A939200" w:rsidR="00A76C6C" w:rsidRPr="006E5DDF" w:rsidRDefault="00A76C6C" w:rsidP="004929D2">
            <w:pPr>
              <w:rPr>
                <w:lang w:val="ru-RU"/>
              </w:rPr>
            </w:pPr>
          </w:p>
        </w:tc>
        <w:tc>
          <w:tcPr>
            <w:tcW w:w="2696" w:type="dxa"/>
            <w:vAlign w:val="center"/>
          </w:tcPr>
          <w:p w14:paraId="777D46B6" w14:textId="0B48F4C4" w:rsidR="00A76C6C" w:rsidRPr="006E5DDF" w:rsidRDefault="00A76C6C" w:rsidP="004929D2">
            <w:pPr>
              <w:rPr>
                <w:lang w:val="ru-RU"/>
              </w:rPr>
            </w:pPr>
            <w:r w:rsidRPr="00A76C6C">
              <w:rPr>
                <w:rFonts w:ascii="Calibri" w:eastAsia="Calibri" w:hAnsi="Calibri" w:cs="Calibri"/>
                <w:noProof/>
                <w:sz w:val="22"/>
                <w:lang w:val="ru-RU"/>
              </w:rPr>
              <w:drawing>
                <wp:inline distT="0" distB="0" distL="0" distR="0" wp14:anchorId="08E2AF44" wp14:editId="7529ABCC">
                  <wp:extent cx="1751965" cy="2025650"/>
                  <wp:effectExtent l="0" t="0" r="635" b="0"/>
                  <wp:docPr id="1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1965" cy="2025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412E" w:rsidRPr="00C85B12" w14:paraId="244126FE" w14:textId="20D7D0C1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4603714" w14:textId="7ADD17F3" w:rsidR="0056412E" w:rsidRDefault="0056412E" w:rsidP="006914A5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11:30–12:00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A2DB60E" w14:textId="708C17EF" w:rsidR="0056412E" w:rsidRDefault="0056412E" w:rsidP="006914A5">
            <w:pPr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Доклад</w:t>
            </w:r>
            <w:proofErr w:type="spellEnd"/>
          </w:p>
        </w:tc>
        <w:tc>
          <w:tcPr>
            <w:tcW w:w="495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497F2F9F" w14:textId="77777777" w:rsidR="0056412E" w:rsidRPr="006E5DDF" w:rsidRDefault="0056412E" w:rsidP="006914A5">
            <w:pPr>
              <w:rPr>
                <w:lang w:val="ru-RU"/>
              </w:rPr>
            </w:pPr>
            <w:r w:rsidRPr="006E5DDF">
              <w:rPr>
                <w:sz w:val="20"/>
                <w:lang w:val="ru-RU"/>
              </w:rPr>
              <w:t xml:space="preserve">Для выступления приглашается </w:t>
            </w:r>
            <w:proofErr w:type="spellStart"/>
            <w:r w:rsidRPr="006914A5">
              <w:rPr>
                <w:b/>
                <w:bCs/>
                <w:sz w:val="24"/>
                <w:szCs w:val="24"/>
                <w:lang w:val="ru-RU"/>
              </w:rPr>
              <w:t>Асенова</w:t>
            </w:r>
            <w:proofErr w:type="spellEnd"/>
            <w:r w:rsidRPr="006914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14A5">
              <w:rPr>
                <w:b/>
                <w:bCs/>
                <w:sz w:val="24"/>
                <w:szCs w:val="24"/>
                <w:lang w:val="ru-RU"/>
              </w:rPr>
              <w:t>Ляззат</w:t>
            </w:r>
            <w:proofErr w:type="spellEnd"/>
            <w:r w:rsidRPr="006914A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914A5">
              <w:rPr>
                <w:b/>
                <w:bCs/>
                <w:sz w:val="24"/>
                <w:szCs w:val="24"/>
                <w:lang w:val="ru-RU"/>
              </w:rPr>
              <w:t>Хасеновна</w:t>
            </w:r>
            <w:proofErr w:type="spellEnd"/>
            <w:r w:rsidRPr="006E5DDF">
              <w:rPr>
                <w:sz w:val="20"/>
                <w:lang w:val="ru-RU"/>
              </w:rPr>
              <w:t xml:space="preserve"> — кандидат медицинских наук, ассоциированный профессор, заместитель директора ТОО «Национальный центр непрерывного образования “</w:t>
            </w:r>
            <w:r>
              <w:rPr>
                <w:sz w:val="20"/>
              </w:rPr>
              <w:t>PROFESSIONAL</w:t>
            </w:r>
            <w:r w:rsidRPr="006E5DDF">
              <w:rPr>
                <w:sz w:val="20"/>
                <w:lang w:val="ru-RU"/>
              </w:rPr>
              <w:t>”».</w:t>
            </w:r>
          </w:p>
          <w:p w14:paraId="2F52D415" w14:textId="77777777" w:rsidR="0056412E" w:rsidRPr="006914A5" w:rsidRDefault="0056412E" w:rsidP="006914A5">
            <w:pPr>
              <w:rPr>
                <w:b/>
                <w:bCs/>
                <w:sz w:val="24"/>
                <w:szCs w:val="24"/>
                <w:lang w:val="ru-RU"/>
              </w:rPr>
            </w:pPr>
            <w:r w:rsidRPr="006E5DDF">
              <w:rPr>
                <w:sz w:val="20"/>
                <w:lang w:val="ru-RU"/>
              </w:rPr>
              <w:t xml:space="preserve">Тема выступления: </w:t>
            </w:r>
            <w:r w:rsidRPr="006914A5">
              <w:rPr>
                <w:b/>
                <w:bCs/>
                <w:sz w:val="24"/>
                <w:szCs w:val="24"/>
                <w:lang w:val="ru-RU"/>
              </w:rPr>
              <w:t>«Национальная аккредитация».</w:t>
            </w:r>
          </w:p>
          <w:p w14:paraId="46AE3557" w14:textId="6D2C1493" w:rsidR="0056412E" w:rsidRPr="006E5DDF" w:rsidRDefault="0056412E" w:rsidP="006914A5">
            <w:pPr>
              <w:rPr>
                <w:sz w:val="20"/>
                <w:lang w:val="ru-RU"/>
              </w:rPr>
            </w:pPr>
          </w:p>
        </w:tc>
        <w:tc>
          <w:tcPr>
            <w:tcW w:w="2696" w:type="dxa"/>
            <w:vAlign w:val="center"/>
          </w:tcPr>
          <w:p w14:paraId="12704386" w14:textId="66B421D2" w:rsidR="0056412E" w:rsidRPr="006E5DDF" w:rsidRDefault="00915ACB" w:rsidP="006914A5">
            <w:pPr>
              <w:rPr>
                <w:sz w:val="20"/>
                <w:lang w:val="ru-RU"/>
              </w:rPr>
            </w:pPr>
            <w:r w:rsidRPr="00915ACB">
              <w:rPr>
                <w:rFonts w:ascii="Calibri" w:eastAsia="Calibri" w:hAnsi="Calibri" w:cs="Calibri"/>
                <w:noProof/>
                <w:sz w:val="22"/>
                <w:lang w:val="ru-RU"/>
              </w:rPr>
              <w:drawing>
                <wp:inline distT="0" distB="0" distL="0" distR="0" wp14:anchorId="27825AAB" wp14:editId="4EDD22BE">
                  <wp:extent cx="1993900" cy="2076450"/>
                  <wp:effectExtent l="0" t="0" r="0" b="0"/>
                  <wp:docPr id="1459704562" name="Рисунок 1459704562" descr="Резюме ФИО Асенова Ляззат Хасеновна Ученая степень, ученое звание ка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 descr="Резюме ФИО Асенова Ляззат Хасеновна Ученая степень, ученое звание ка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2076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CC9" w:rsidRPr="00C85B12" w14:paraId="45D525E6" w14:textId="2BBD8BDE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8C5A6E6" w14:textId="2C4AD233" w:rsidR="00A20CC9" w:rsidRPr="00066548" w:rsidRDefault="00A20CC9" w:rsidP="006914A5">
            <w:pPr>
              <w:jc w:val="center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</w:rPr>
              <w:t>12:0</w:t>
            </w:r>
            <w:r>
              <w:rPr>
                <w:b/>
                <w:sz w:val="20"/>
                <w:lang w:val="kk-KZ"/>
              </w:rPr>
              <w:t>5</w:t>
            </w:r>
            <w:r>
              <w:rPr>
                <w:b/>
                <w:sz w:val="20"/>
              </w:rPr>
              <w:t>–1</w:t>
            </w:r>
            <w:r>
              <w:rPr>
                <w:b/>
                <w:sz w:val="20"/>
                <w:lang w:val="kk-KZ"/>
              </w:rPr>
              <w:t>2</w:t>
            </w:r>
            <w:r>
              <w:rPr>
                <w:b/>
                <w:sz w:val="20"/>
              </w:rPr>
              <w:t>:</w:t>
            </w:r>
            <w:r>
              <w:rPr>
                <w:b/>
                <w:sz w:val="20"/>
                <w:lang w:val="kk-KZ"/>
              </w:rPr>
              <w:t>30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1A0A670" w14:textId="70406FD9" w:rsidR="00A20CC9" w:rsidRPr="00066548" w:rsidRDefault="00A20CC9" w:rsidP="006914A5">
            <w:pPr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 xml:space="preserve">Доклад </w:t>
            </w:r>
          </w:p>
        </w:tc>
        <w:tc>
          <w:tcPr>
            <w:tcW w:w="4956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B1DEB34" w14:textId="52FCBBEE" w:rsidR="00A20CC9" w:rsidRPr="006E5DDF" w:rsidRDefault="00A20CC9" w:rsidP="006914A5">
            <w:pPr>
              <w:rPr>
                <w:sz w:val="20"/>
                <w:lang w:val="ru-RU"/>
              </w:rPr>
            </w:pPr>
            <w:proofErr w:type="spellStart"/>
            <w:r w:rsidRPr="00A80E73">
              <w:rPr>
                <w:b/>
                <w:bCs/>
                <w:sz w:val="24"/>
                <w:szCs w:val="24"/>
                <w:lang w:val="ru-RU"/>
              </w:rPr>
              <w:t>Айжан</w:t>
            </w:r>
            <w:proofErr w:type="spellEnd"/>
            <w:r w:rsidRPr="00A80E7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80E73">
              <w:rPr>
                <w:b/>
                <w:bCs/>
                <w:sz w:val="24"/>
                <w:szCs w:val="24"/>
                <w:lang w:val="ru-RU"/>
              </w:rPr>
              <w:t>Аскаровна</w:t>
            </w:r>
            <w:proofErr w:type="spellEnd"/>
            <w:r w:rsidRPr="00A80E73">
              <w:rPr>
                <w:sz w:val="20"/>
                <w:lang w:val="ru-RU"/>
              </w:rPr>
              <w:t xml:space="preserve"> </w:t>
            </w:r>
            <w:proofErr w:type="spellStart"/>
            <w:r w:rsidRPr="00A80E73">
              <w:rPr>
                <w:b/>
                <w:bCs/>
                <w:sz w:val="24"/>
                <w:szCs w:val="24"/>
                <w:lang w:val="ru-RU"/>
              </w:rPr>
              <w:t>Бектенгалиева</w:t>
            </w:r>
            <w:proofErr w:type="spellEnd"/>
            <w:r w:rsidRPr="00A80E73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A80E73">
              <w:rPr>
                <w:sz w:val="20"/>
                <w:lang w:val="ru-RU"/>
              </w:rPr>
              <w:t xml:space="preserve">— врач-терапевт высшей категории, магистр MBA, менеджер здравоохранения, </w:t>
            </w:r>
            <w:proofErr w:type="gramStart"/>
            <w:r>
              <w:rPr>
                <w:sz w:val="20"/>
                <w:lang w:val="ru-RU"/>
              </w:rPr>
              <w:t xml:space="preserve">директор </w:t>
            </w:r>
            <w:r w:rsidRPr="00A80E73">
              <w:rPr>
                <w:sz w:val="20"/>
                <w:lang w:val="ru-RU"/>
              </w:rPr>
              <w:t xml:space="preserve"> Ассоциации</w:t>
            </w:r>
            <w:proofErr w:type="gramEnd"/>
            <w:r w:rsidRPr="00A80E73">
              <w:rPr>
                <w:sz w:val="20"/>
                <w:lang w:val="ru-RU"/>
              </w:rPr>
              <w:t xml:space="preserve"> медицинских работников, независимых экспертов и ветеранов </w:t>
            </w:r>
            <w:r>
              <w:rPr>
                <w:sz w:val="20"/>
                <w:lang w:val="ru-RU"/>
              </w:rPr>
              <w:t xml:space="preserve">в сфере </w:t>
            </w:r>
            <w:r w:rsidRPr="00A80E73">
              <w:rPr>
                <w:sz w:val="20"/>
                <w:lang w:val="ru-RU"/>
              </w:rPr>
              <w:t xml:space="preserve">здравоохранения </w:t>
            </w:r>
            <w:r w:rsidRPr="00177C0E">
              <w:rPr>
                <w:b/>
                <w:bCs/>
                <w:sz w:val="20"/>
                <w:lang w:val="ru-RU"/>
              </w:rPr>
              <w:t>«ШАРАПАТ».</w:t>
            </w:r>
          </w:p>
        </w:tc>
        <w:tc>
          <w:tcPr>
            <w:tcW w:w="2699" w:type="dxa"/>
            <w:vAlign w:val="center"/>
          </w:tcPr>
          <w:p w14:paraId="21AB7D1F" w14:textId="6795E18C" w:rsidR="00A20CC9" w:rsidRPr="00895A29" w:rsidRDefault="00A20CC9" w:rsidP="00895A29">
            <w:pPr>
              <w:pStyle w:val="affa"/>
            </w:pPr>
            <w:r>
              <w:rPr>
                <w:noProof/>
              </w:rPr>
              <w:drawing>
                <wp:inline distT="0" distB="0" distL="0" distR="0" wp14:anchorId="2E424B24" wp14:editId="3B7A1F87">
                  <wp:extent cx="1643263" cy="2316480"/>
                  <wp:effectExtent l="0" t="0" r="0" b="762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9969" cy="234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20CC9" w:rsidRPr="00C85B12" w14:paraId="12AB773B" w14:textId="2E8B7F61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0926B29" w14:textId="43EB0D01" w:rsidR="00A20CC9" w:rsidRPr="00177C0E" w:rsidRDefault="00A20CC9" w:rsidP="00177C0E">
            <w:pPr>
              <w:jc w:val="center"/>
              <w:rPr>
                <w:b/>
                <w:sz w:val="20"/>
                <w:lang w:val="kk-KZ"/>
              </w:rPr>
            </w:pPr>
            <w:r>
              <w:rPr>
                <w:b/>
                <w:sz w:val="20"/>
                <w:lang w:val="kk-KZ"/>
              </w:rPr>
              <w:t>12:30-13:30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1C25F3D7" w14:textId="0DFE77FE" w:rsidR="00A20CC9" w:rsidRDefault="00A20CC9" w:rsidP="00177C0E">
            <w:pPr>
              <w:rPr>
                <w:b/>
                <w:sz w:val="20"/>
                <w:lang w:val="kk-KZ"/>
              </w:rPr>
            </w:pPr>
            <w:proofErr w:type="spellStart"/>
            <w:r>
              <w:rPr>
                <w:b/>
                <w:sz w:val="20"/>
              </w:rPr>
              <w:t>Обед</w:t>
            </w:r>
            <w:proofErr w:type="spellEnd"/>
          </w:p>
        </w:tc>
        <w:tc>
          <w:tcPr>
            <w:tcW w:w="4956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70840D1" w14:textId="5FEA04BB" w:rsidR="00A20CC9" w:rsidRPr="00A80E73" w:rsidRDefault="00A555DC" w:rsidP="00177C0E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О</w:t>
            </w:r>
            <w:r w:rsidR="00A20CC9" w:rsidRPr="006E5DDF">
              <w:rPr>
                <w:sz w:val="20"/>
                <w:lang w:val="ru-RU"/>
              </w:rPr>
              <w:t xml:space="preserve">беденный </w:t>
            </w:r>
            <w:proofErr w:type="gramStart"/>
            <w:r w:rsidR="00A20CC9" w:rsidRPr="006E5DDF">
              <w:rPr>
                <w:sz w:val="20"/>
                <w:lang w:val="ru-RU"/>
              </w:rPr>
              <w:t>перерыв..</w:t>
            </w:r>
            <w:proofErr w:type="gramEnd"/>
          </w:p>
        </w:tc>
        <w:tc>
          <w:tcPr>
            <w:tcW w:w="2699" w:type="dxa"/>
            <w:vAlign w:val="center"/>
          </w:tcPr>
          <w:p w14:paraId="38A26556" w14:textId="77777777" w:rsidR="00A20CC9" w:rsidRPr="00A80E73" w:rsidRDefault="00A20CC9" w:rsidP="00177C0E">
            <w:pPr>
              <w:rPr>
                <w:sz w:val="20"/>
                <w:lang w:val="ru-RU"/>
              </w:rPr>
            </w:pPr>
          </w:p>
        </w:tc>
      </w:tr>
      <w:tr w:rsidR="00177C0E" w:rsidRPr="00C85B12" w14:paraId="30C6F480" w14:textId="77777777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49F61C1" w14:textId="6AA95F91" w:rsidR="00177C0E" w:rsidRPr="00F16AD3" w:rsidRDefault="00F16AD3" w:rsidP="00177C0E">
            <w:pPr>
              <w:jc w:val="center"/>
              <w:rPr>
                <w:b/>
                <w:bCs/>
                <w:lang w:val="kk-KZ"/>
              </w:rPr>
            </w:pPr>
            <w:bookmarkStart w:id="3" w:name="_Hlk225154007"/>
            <w:r w:rsidRPr="00F16AD3">
              <w:rPr>
                <w:b/>
                <w:bCs/>
                <w:lang w:val="kk-KZ"/>
              </w:rPr>
              <w:t>14:</w:t>
            </w:r>
            <w:r>
              <w:rPr>
                <w:b/>
                <w:bCs/>
                <w:lang w:val="kk-KZ"/>
              </w:rPr>
              <w:t>0</w:t>
            </w:r>
            <w:r w:rsidRPr="00F16AD3">
              <w:rPr>
                <w:b/>
                <w:bCs/>
                <w:lang w:val="kk-KZ"/>
              </w:rPr>
              <w:t>0-1</w:t>
            </w:r>
            <w:r>
              <w:rPr>
                <w:b/>
                <w:bCs/>
                <w:lang w:val="kk-KZ"/>
              </w:rPr>
              <w:t>4</w:t>
            </w:r>
            <w:r w:rsidRPr="00F16AD3">
              <w:rPr>
                <w:b/>
                <w:bCs/>
                <w:lang w:val="kk-KZ"/>
              </w:rPr>
              <w:t>:</w:t>
            </w:r>
            <w:r>
              <w:rPr>
                <w:b/>
                <w:bCs/>
                <w:lang w:val="kk-KZ"/>
              </w:rPr>
              <w:t>25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617606B2" w14:textId="77777777" w:rsidR="00177C0E" w:rsidRDefault="00177C0E" w:rsidP="00177C0E">
            <w:proofErr w:type="spellStart"/>
            <w:r>
              <w:rPr>
                <w:b/>
                <w:sz w:val="20"/>
              </w:rPr>
              <w:t>Свободный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микрофон</w:t>
            </w:r>
            <w:proofErr w:type="spellEnd"/>
          </w:p>
        </w:tc>
        <w:tc>
          <w:tcPr>
            <w:tcW w:w="7655" w:type="dxa"/>
            <w:gridSpan w:val="2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07EBD5DA" w14:textId="2FC46109" w:rsidR="00177C0E" w:rsidRPr="006914A5" w:rsidRDefault="00177C0E" w:rsidP="00177C0E">
            <w:pPr>
              <w:rPr>
                <w:b/>
                <w:bCs/>
                <w:lang w:val="ru-RU"/>
              </w:rPr>
            </w:pPr>
            <w:r w:rsidRPr="006E5DDF">
              <w:rPr>
                <w:sz w:val="20"/>
                <w:lang w:val="ru-RU"/>
              </w:rPr>
              <w:t xml:space="preserve">В программе предусмотрен блок </w:t>
            </w:r>
            <w:r w:rsidRPr="006914A5">
              <w:rPr>
                <w:b/>
                <w:bCs/>
                <w:sz w:val="20"/>
                <w:lang w:val="ru-RU"/>
              </w:rPr>
              <w:t>«Свободный микрофон».</w:t>
            </w:r>
          </w:p>
          <w:p w14:paraId="73CD9480" w14:textId="1BCB6DB7" w:rsidR="00177C0E" w:rsidRPr="006E5DDF" w:rsidRDefault="00177C0E" w:rsidP="00177C0E">
            <w:pPr>
              <w:rPr>
                <w:lang w:val="ru-RU"/>
              </w:rPr>
            </w:pPr>
          </w:p>
        </w:tc>
      </w:tr>
      <w:bookmarkEnd w:id="3"/>
      <w:tr w:rsidR="00F16AD3" w:rsidRPr="006E5DDF" w14:paraId="314760C9" w14:textId="77777777" w:rsidTr="00A20CC9">
        <w:trPr>
          <w:jc w:val="center"/>
        </w:trPr>
        <w:tc>
          <w:tcPr>
            <w:tcW w:w="1269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5B9EB208" w14:textId="548B530C" w:rsidR="00F16AD3" w:rsidRDefault="00F16AD3" w:rsidP="00F16AD3">
            <w:pPr>
              <w:jc w:val="center"/>
            </w:pPr>
            <w:r>
              <w:rPr>
                <w:b/>
                <w:sz w:val="20"/>
              </w:rPr>
              <w:t>14:30–14:50</w:t>
            </w:r>
          </w:p>
        </w:tc>
        <w:tc>
          <w:tcPr>
            <w:tcW w:w="1843" w:type="dxa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7220CD72" w14:textId="1F404F83" w:rsidR="00F16AD3" w:rsidRDefault="00F16AD3" w:rsidP="00F16AD3">
            <w:proofErr w:type="spellStart"/>
            <w:r>
              <w:rPr>
                <w:b/>
                <w:sz w:val="20"/>
              </w:rPr>
              <w:t>Итоги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закрытие</w:t>
            </w:r>
            <w:proofErr w:type="spellEnd"/>
          </w:p>
        </w:tc>
        <w:tc>
          <w:tcPr>
            <w:tcW w:w="7655" w:type="dxa"/>
            <w:gridSpan w:val="2"/>
            <w:tcMar>
              <w:top w:w="85" w:type="dxa"/>
              <w:left w:w="100" w:type="dxa"/>
              <w:bottom w:w="85" w:type="dxa"/>
              <w:right w:w="100" w:type="dxa"/>
            </w:tcMar>
            <w:vAlign w:val="center"/>
          </w:tcPr>
          <w:p w14:paraId="36DE6A1E" w14:textId="77777777" w:rsidR="00F16AD3" w:rsidRPr="006E5DDF" w:rsidRDefault="00F16AD3" w:rsidP="00F16AD3">
            <w:pPr>
              <w:rPr>
                <w:lang w:val="ru-RU"/>
              </w:rPr>
            </w:pPr>
            <w:r w:rsidRPr="006E5DDF">
              <w:rPr>
                <w:sz w:val="20"/>
                <w:lang w:val="ru-RU"/>
              </w:rPr>
              <w:t>В течение двух дней были рассмотрены вопросы качества медицинской помощи, безопасности пациентов, международной и национальной аккредитации, управления инцидентами и клиническими рисками, медицинского образования и роли профессионального сообщества в развитии современной системы здравоохранения.</w:t>
            </w:r>
          </w:p>
          <w:p w14:paraId="6F7687DF" w14:textId="11D83632" w:rsidR="00F16AD3" w:rsidRPr="006E5DDF" w:rsidRDefault="00F16AD3" w:rsidP="00F16AD3">
            <w:pPr>
              <w:rPr>
                <w:lang w:val="ru-RU"/>
              </w:rPr>
            </w:pPr>
          </w:p>
        </w:tc>
      </w:tr>
    </w:tbl>
    <w:p w14:paraId="0EAFAC85" w14:textId="6098F903" w:rsidR="00213DAE" w:rsidRPr="00895A29" w:rsidRDefault="00213DAE" w:rsidP="00895A29">
      <w:pPr>
        <w:spacing w:after="0" w:line="240" w:lineRule="auto"/>
      </w:pPr>
    </w:p>
    <w:sectPr w:rsidR="00213DAE" w:rsidRPr="00895A29" w:rsidSect="00527E13">
      <w:headerReference w:type="default" r:id="rId21"/>
      <w:footerReference w:type="default" r:id="rId22"/>
      <w:headerReference w:type="first" r:id="rId23"/>
      <w:pgSz w:w="12240" w:h="15840"/>
      <w:pgMar w:top="568" w:right="1134" w:bottom="1020" w:left="124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8AFE7" w14:textId="77777777" w:rsidR="00CF2419" w:rsidRDefault="00CF2419">
      <w:pPr>
        <w:spacing w:after="0" w:line="240" w:lineRule="auto"/>
      </w:pPr>
      <w:r>
        <w:separator/>
      </w:r>
    </w:p>
  </w:endnote>
  <w:endnote w:type="continuationSeparator" w:id="0">
    <w:p w14:paraId="43E3025F" w14:textId="77777777" w:rsidR="00CF2419" w:rsidRDefault="00CF24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73C74" w14:textId="77777777" w:rsidR="00213DAE" w:rsidRDefault="00C568C2">
    <w:pPr>
      <w:pStyle w:val="a7"/>
      <w:jc w:val="center"/>
    </w:pPr>
    <w:r>
      <w:rPr>
        <w:color w:val="666666"/>
        <w:sz w:val="18"/>
      </w:rPr>
      <w:t>Конференция • 26–27 марта 2026 • Астана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B9053" w14:textId="77777777" w:rsidR="00CF2419" w:rsidRDefault="00CF2419">
      <w:pPr>
        <w:spacing w:after="0" w:line="240" w:lineRule="auto"/>
      </w:pPr>
      <w:r>
        <w:separator/>
      </w:r>
    </w:p>
  </w:footnote>
  <w:footnote w:type="continuationSeparator" w:id="0">
    <w:p w14:paraId="424F887A" w14:textId="77777777" w:rsidR="00CF2419" w:rsidRDefault="00CF24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68752352"/>
      <w:placeholder>
        <w:docPart w:val="9ABBE98546324BA48C6BEC7F3AA02963"/>
      </w:placeholder>
      <w:temporary/>
      <w:showingPlcHdr/>
      <w15:appearance w15:val="hidden"/>
    </w:sdtPr>
    <w:sdtContent>
      <w:p w14:paraId="11A0873E" w14:textId="77777777" w:rsidR="00545A17" w:rsidRDefault="00545A17">
        <w:pPr>
          <w:pStyle w:val="a5"/>
        </w:pPr>
        <w:r>
          <w:rPr>
            <w:lang w:val="ru-RU"/>
          </w:rPr>
          <w:t>[Введите текст]</w:t>
        </w:r>
      </w:p>
    </w:sdtContent>
  </w:sdt>
  <w:p w14:paraId="10C035C3" w14:textId="48FC499A" w:rsidR="00213DAE" w:rsidRDefault="00213DAE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1FF94" w14:textId="77777777" w:rsidR="00213DAE" w:rsidRDefault="00213DAE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1B723DE"/>
    <w:multiLevelType w:val="multilevel"/>
    <w:tmpl w:val="69DCA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3CD9"/>
    <w:rsid w:val="00034616"/>
    <w:rsid w:val="0006063C"/>
    <w:rsid w:val="00066548"/>
    <w:rsid w:val="000C7BCB"/>
    <w:rsid w:val="00123C9F"/>
    <w:rsid w:val="0015074B"/>
    <w:rsid w:val="001513CC"/>
    <w:rsid w:val="00177C0E"/>
    <w:rsid w:val="00213877"/>
    <w:rsid w:val="00213DAE"/>
    <w:rsid w:val="00220368"/>
    <w:rsid w:val="0029639D"/>
    <w:rsid w:val="002E6C8C"/>
    <w:rsid w:val="00326F90"/>
    <w:rsid w:val="00387B95"/>
    <w:rsid w:val="003D5C72"/>
    <w:rsid w:val="003E4741"/>
    <w:rsid w:val="00446EA0"/>
    <w:rsid w:val="004929D2"/>
    <w:rsid w:val="004C1388"/>
    <w:rsid w:val="00527E13"/>
    <w:rsid w:val="00545A17"/>
    <w:rsid w:val="00561F0D"/>
    <w:rsid w:val="0056412E"/>
    <w:rsid w:val="00565BCA"/>
    <w:rsid w:val="005B4F13"/>
    <w:rsid w:val="005E7203"/>
    <w:rsid w:val="00606594"/>
    <w:rsid w:val="00676C8E"/>
    <w:rsid w:val="00681541"/>
    <w:rsid w:val="006914A5"/>
    <w:rsid w:val="006C48CD"/>
    <w:rsid w:val="006C5288"/>
    <w:rsid w:val="006E5DDF"/>
    <w:rsid w:val="00733467"/>
    <w:rsid w:val="007910C1"/>
    <w:rsid w:val="007D0EBE"/>
    <w:rsid w:val="00895A29"/>
    <w:rsid w:val="008A65C5"/>
    <w:rsid w:val="008C1559"/>
    <w:rsid w:val="008F06C0"/>
    <w:rsid w:val="00915ACB"/>
    <w:rsid w:val="00941C9E"/>
    <w:rsid w:val="00943A0A"/>
    <w:rsid w:val="00956510"/>
    <w:rsid w:val="00976AF4"/>
    <w:rsid w:val="00983CC0"/>
    <w:rsid w:val="00A01A9D"/>
    <w:rsid w:val="00A20CC9"/>
    <w:rsid w:val="00A555DC"/>
    <w:rsid w:val="00A76C6C"/>
    <w:rsid w:val="00A80E73"/>
    <w:rsid w:val="00AA1D8D"/>
    <w:rsid w:val="00AC36D0"/>
    <w:rsid w:val="00AF06FF"/>
    <w:rsid w:val="00B47730"/>
    <w:rsid w:val="00B81B61"/>
    <w:rsid w:val="00BA1C52"/>
    <w:rsid w:val="00BC5929"/>
    <w:rsid w:val="00BC707D"/>
    <w:rsid w:val="00BE5AA2"/>
    <w:rsid w:val="00C568C2"/>
    <w:rsid w:val="00C637AE"/>
    <w:rsid w:val="00C85B12"/>
    <w:rsid w:val="00C91813"/>
    <w:rsid w:val="00CA73BD"/>
    <w:rsid w:val="00CB0664"/>
    <w:rsid w:val="00CE2ED7"/>
    <w:rsid w:val="00CF2419"/>
    <w:rsid w:val="00D426B1"/>
    <w:rsid w:val="00D45B00"/>
    <w:rsid w:val="00D669D0"/>
    <w:rsid w:val="00DD0834"/>
    <w:rsid w:val="00E067DA"/>
    <w:rsid w:val="00E11D0A"/>
    <w:rsid w:val="00E45692"/>
    <w:rsid w:val="00E515C7"/>
    <w:rsid w:val="00E52141"/>
    <w:rsid w:val="00E56534"/>
    <w:rsid w:val="00E578E9"/>
    <w:rsid w:val="00EB196B"/>
    <w:rsid w:val="00EB6038"/>
    <w:rsid w:val="00ED226C"/>
    <w:rsid w:val="00F07932"/>
    <w:rsid w:val="00F16AD3"/>
    <w:rsid w:val="00FC25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909433"/>
  <w14:defaultImageDpi w14:val="300"/>
  <w15:docId w15:val="{9A751A55-FD40-47D3-9E0F-2FA7BA7F9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eastAsia="Times New Roman" w:hAnsi="Times New Roman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itleCustom">
    <w:name w:val="TitleCustom"/>
    <w:rPr>
      <w:rFonts w:ascii="Times New Roman" w:eastAsia="Times New Roman" w:hAnsi="Times New Roman"/>
      <w:b/>
      <w:color w:val="1F4E79"/>
      <w:sz w:val="36"/>
    </w:rPr>
  </w:style>
  <w:style w:type="paragraph" w:customStyle="1" w:styleId="SubtitleCustom">
    <w:name w:val="SubtitleCustom"/>
    <w:rPr>
      <w:rFonts w:ascii="Times New Roman" w:eastAsia="Times New Roman" w:hAnsi="Times New Roman"/>
      <w:color w:val="555555"/>
    </w:rPr>
  </w:style>
  <w:style w:type="paragraph" w:customStyle="1" w:styleId="HeadingBlue">
    <w:name w:val="HeadingBlue"/>
    <w:rPr>
      <w:rFonts w:ascii="Times New Roman" w:eastAsia="Times New Roman" w:hAnsi="Times New Roman"/>
      <w:b/>
      <w:color w:val="1F4E79"/>
      <w:sz w:val="28"/>
    </w:rPr>
  </w:style>
  <w:style w:type="paragraph" w:customStyle="1" w:styleId="SmallNote">
    <w:name w:val="SmallNote"/>
    <w:rPr>
      <w:rFonts w:ascii="Times New Roman" w:eastAsia="Times New Roman" w:hAnsi="Times New Roman"/>
      <w:i/>
      <w:color w:val="777777"/>
      <w:sz w:val="19"/>
    </w:rPr>
  </w:style>
  <w:style w:type="paragraph" w:styleId="aff8">
    <w:name w:val="Balloon Text"/>
    <w:basedOn w:val="a1"/>
    <w:link w:val="aff9"/>
    <w:uiPriority w:val="99"/>
    <w:semiHidden/>
    <w:unhideWhenUsed/>
    <w:rsid w:val="00691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6914A5"/>
    <w:rPr>
      <w:rFonts w:ascii="Segoe UI" w:eastAsia="Times New Roman" w:hAnsi="Segoe UI" w:cs="Segoe UI"/>
      <w:sz w:val="18"/>
      <w:szCs w:val="18"/>
    </w:rPr>
  </w:style>
  <w:style w:type="paragraph" w:styleId="affa">
    <w:name w:val="Normal (Web)"/>
    <w:basedOn w:val="a1"/>
    <w:uiPriority w:val="99"/>
    <w:unhideWhenUsed/>
    <w:rsid w:val="00A20CC9"/>
    <w:pPr>
      <w:spacing w:before="100" w:beforeAutospacing="1" w:after="100" w:afterAutospacing="1" w:line="240" w:lineRule="auto"/>
    </w:pPr>
    <w:rPr>
      <w:rFonts w:cs="Times New Roman"/>
      <w:sz w:val="24"/>
      <w:szCs w:val="24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4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ABBE98546324BA48C6BEC7F3AA0296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4ADF7E6-E936-4FD9-8A1B-C80DA394CA16}"/>
      </w:docPartPr>
      <w:docPartBody>
        <w:p w:rsidR="00000000" w:rsidRDefault="004E70BC" w:rsidP="004E70BC">
          <w:pPr>
            <w:pStyle w:val="9ABBE98546324BA48C6BEC7F3AA02963"/>
          </w:pPr>
          <w:r>
            <w:rPr>
              <w:lang w:val="ru-RU"/>
            </w:rP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0BC"/>
    <w:rsid w:val="004E70BC"/>
    <w:rsid w:val="00DD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ABBE98546324BA48C6BEC7F3AA02963">
    <w:name w:val="9ABBE98546324BA48C6BEC7F3AA02963"/>
    <w:rsid w:val="004E70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B09E6A-7D6E-4AC3-89F2-8664E49B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5</Pages>
  <Words>1092</Words>
  <Characters>6226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7304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ZhanZhuma@outlook.com</cp:lastModifiedBy>
  <cp:revision>3</cp:revision>
  <dcterms:created xsi:type="dcterms:W3CDTF">2026-03-25T02:37:00Z</dcterms:created>
  <dcterms:modified xsi:type="dcterms:W3CDTF">2026-03-25T09:14:00Z</dcterms:modified>
  <cp:category/>
</cp:coreProperties>
</file>